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6697E" w14:textId="77777777" w:rsidR="008167CC" w:rsidRDefault="00000000">
      <w:pPr>
        <w:pStyle w:val="Heading1"/>
        <w:spacing w:before="100" w:after="60"/>
      </w:pPr>
      <w:r>
        <w:rPr>
          <w:rFonts w:ascii="Calibri" w:hAnsi="Calibri"/>
        </w:rPr>
        <w:t>About the WRF Indigenous Education Bursary Program</w:t>
      </w:r>
    </w:p>
    <w:p w14:paraId="14FF0905" w14:textId="01FA5CA5" w:rsidR="008167CC" w:rsidRDefault="00000000">
      <w:pPr>
        <w:spacing w:after="80" w:line="240" w:lineRule="auto"/>
      </w:pPr>
      <w:r w:rsidRPr="00852796">
        <w:rPr>
          <w:sz w:val="22"/>
          <w:szCs w:val="24"/>
        </w:rPr>
        <w:t xml:space="preserve">Weaving Roots Foundation (WRF) is a grassroots registered charity committed to enhancing </w:t>
      </w:r>
      <w:r w:rsidR="00852796">
        <w:rPr>
          <w:sz w:val="22"/>
          <w:szCs w:val="24"/>
        </w:rPr>
        <w:t>First Nations, Inuit, and Métis</w:t>
      </w:r>
      <w:r w:rsidRPr="00852796">
        <w:rPr>
          <w:sz w:val="22"/>
          <w:szCs w:val="24"/>
        </w:rPr>
        <w:t xml:space="preserve"> wellness throughout Canada. A central part of our work is expanding access to education and training that can lead to meaningful employment.</w:t>
      </w:r>
      <w:r w:rsidR="00852796">
        <w:rPr>
          <w:sz w:val="22"/>
          <w:szCs w:val="24"/>
        </w:rPr>
        <w:br/>
      </w:r>
      <w:r w:rsidR="00852796">
        <w:rPr>
          <w:sz w:val="22"/>
          <w:szCs w:val="24"/>
        </w:rPr>
        <w:br/>
      </w:r>
      <w:r w:rsidRPr="00852796">
        <w:rPr>
          <w:sz w:val="22"/>
          <w:szCs w:val="24"/>
        </w:rPr>
        <w:t>Our</w:t>
      </w:r>
      <w:r w:rsidR="00852796">
        <w:rPr>
          <w:sz w:val="22"/>
          <w:szCs w:val="24"/>
        </w:rPr>
        <w:t xml:space="preserve"> </w:t>
      </w:r>
      <w:r w:rsidRPr="00852796">
        <w:rPr>
          <w:sz w:val="22"/>
          <w:szCs w:val="24"/>
        </w:rPr>
        <w:t xml:space="preserve">Education Bursary Program supports </w:t>
      </w:r>
      <w:r w:rsidR="00852796">
        <w:rPr>
          <w:sz w:val="22"/>
          <w:szCs w:val="24"/>
        </w:rPr>
        <w:t>those</w:t>
      </w:r>
      <w:r w:rsidRPr="00852796">
        <w:rPr>
          <w:sz w:val="22"/>
          <w:szCs w:val="24"/>
        </w:rPr>
        <w:t xml:space="preserve"> pursuing education and training within four career pillars: Non-Destructive Testing (NDT), Environmental Services, Professional Services, and Apprenticeship and Trades.</w:t>
      </w:r>
      <w:r w:rsidR="00852796">
        <w:rPr>
          <w:sz w:val="22"/>
          <w:szCs w:val="24"/>
        </w:rPr>
        <w:br/>
      </w:r>
      <w:r w:rsidR="00852796">
        <w:rPr>
          <w:sz w:val="22"/>
          <w:szCs w:val="24"/>
        </w:rPr>
        <w:br/>
      </w:r>
      <w:r w:rsidRPr="00852796">
        <w:rPr>
          <w:sz w:val="22"/>
          <w:szCs w:val="24"/>
        </w:rPr>
        <w:t xml:space="preserve">This application is designed to help us understand your education or training plans, what support you are looking for, and how WRF may be able to help. Short answers and point form are welcome. </w:t>
      </w:r>
      <w:r w:rsidRPr="00852796">
        <w:rPr>
          <w:sz w:val="22"/>
          <w:szCs w:val="24"/>
          <w:u w:val="single"/>
        </w:rPr>
        <w:t>We are interested in your situation and goals, not your writing ability</w:t>
      </w:r>
      <w:r w:rsidRPr="00852796">
        <w:rPr>
          <w:sz w:val="22"/>
          <w:szCs w:val="24"/>
        </w:rPr>
        <w:t>.</w:t>
      </w:r>
      <w:r w:rsidR="00E656EA">
        <w:rPr>
          <w:sz w:val="21"/>
        </w:rPr>
        <w:br/>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0282"/>
      </w:tblGrid>
      <w:tr w:rsidR="008167CC" w14:paraId="41447C9B" w14:textId="77777777">
        <w:trPr>
          <w:cantSplit/>
          <w:jc w:val="center"/>
        </w:trPr>
        <w:tc>
          <w:tcPr>
            <w:tcW w:w="10282" w:type="dxa"/>
            <w:tcBorders>
              <w:top w:val="single" w:sz="4" w:space="0" w:color="D9DEDB"/>
              <w:left w:val="single" w:sz="28" w:space="0" w:color="C6922E"/>
              <w:bottom w:val="single" w:sz="4" w:space="0" w:color="D9DEDB"/>
              <w:right w:val="single" w:sz="4" w:space="0" w:color="D9DEDB"/>
            </w:tcBorders>
            <w:shd w:val="clear" w:color="auto" w:fill="FFFFFF"/>
            <w:tcMar>
              <w:top w:w="120" w:type="dxa"/>
              <w:left w:w="150" w:type="dxa"/>
              <w:bottom w:w="120" w:type="dxa"/>
              <w:right w:w="150" w:type="dxa"/>
            </w:tcMar>
          </w:tcPr>
          <w:p w14:paraId="1709B812" w14:textId="77777777" w:rsidR="008167CC" w:rsidRPr="00852796" w:rsidRDefault="00000000">
            <w:pPr>
              <w:spacing w:after="60"/>
              <w:rPr>
                <w:sz w:val="22"/>
                <w:szCs w:val="24"/>
              </w:rPr>
            </w:pPr>
            <w:r w:rsidRPr="00852796">
              <w:rPr>
                <w:b/>
                <w:color w:val="24494C"/>
                <w:sz w:val="24"/>
                <w:szCs w:val="24"/>
              </w:rPr>
              <w:t>NEED A HAND WITH THIS APPLICATION?</w:t>
            </w:r>
          </w:p>
          <w:p w14:paraId="6AE7474E" w14:textId="6FA96A8D" w:rsidR="008167CC" w:rsidRPr="00852796" w:rsidRDefault="00000000">
            <w:pPr>
              <w:spacing w:after="60"/>
              <w:rPr>
                <w:sz w:val="22"/>
                <w:szCs w:val="24"/>
              </w:rPr>
            </w:pPr>
            <w:r w:rsidRPr="00852796">
              <w:rPr>
                <w:b/>
                <w:sz w:val="22"/>
                <w:szCs w:val="24"/>
              </w:rPr>
              <w:t xml:space="preserve">If this application feels </w:t>
            </w:r>
            <w:r w:rsidR="00852796" w:rsidRPr="00852796">
              <w:rPr>
                <w:b/>
                <w:sz w:val="22"/>
                <w:szCs w:val="24"/>
              </w:rPr>
              <w:t>like a lot</w:t>
            </w:r>
            <w:r w:rsidRPr="00852796">
              <w:rPr>
                <w:b/>
                <w:sz w:val="22"/>
                <w:szCs w:val="24"/>
              </w:rPr>
              <w:t xml:space="preserve">, or if you would rather talk it through, please reach out. </w:t>
            </w:r>
            <w:r w:rsidR="00B53F85">
              <w:rPr>
                <w:b/>
                <w:sz w:val="22"/>
                <w:szCs w:val="24"/>
              </w:rPr>
              <w:br/>
            </w:r>
            <w:r w:rsidRPr="00852796">
              <w:rPr>
                <w:b/>
                <w:sz w:val="22"/>
                <w:szCs w:val="24"/>
              </w:rPr>
              <w:t xml:space="preserve">We are happy to go through the application with you by phone and fill it in together. </w:t>
            </w:r>
            <w:r w:rsidR="00B53F85">
              <w:rPr>
                <w:b/>
                <w:sz w:val="22"/>
                <w:szCs w:val="24"/>
              </w:rPr>
              <w:br/>
            </w:r>
            <w:r w:rsidRPr="00852796">
              <w:rPr>
                <w:b/>
                <w:sz w:val="22"/>
                <w:szCs w:val="24"/>
              </w:rPr>
              <w:t>Pursuing education or training is an exciting step, and applying for support should not feel scary.</w:t>
            </w:r>
          </w:p>
          <w:p w14:paraId="45A76117" w14:textId="4E8536F5" w:rsidR="008167CC" w:rsidRDefault="00000000">
            <w:pPr>
              <w:spacing w:after="0"/>
            </w:pPr>
            <w:r w:rsidRPr="00013B80">
              <w:rPr>
                <w:b/>
                <w:color w:val="C6922E"/>
                <w:sz w:val="22"/>
                <w:szCs w:val="28"/>
              </w:rPr>
              <w:t xml:space="preserve">Executive Director: </w:t>
            </w:r>
            <w:r w:rsidR="00E656EA" w:rsidRPr="00013B80">
              <w:rPr>
                <w:b/>
                <w:color w:val="C6922E"/>
                <w:sz w:val="22"/>
                <w:szCs w:val="28"/>
              </w:rPr>
              <w:t>587-989-5197</w:t>
            </w:r>
            <w:r w:rsidRPr="00013B80">
              <w:rPr>
                <w:b/>
                <w:color w:val="C6922E"/>
                <w:sz w:val="22"/>
                <w:szCs w:val="28"/>
              </w:rPr>
              <w:t xml:space="preserve"> | ed@weavingroots.ca</w:t>
            </w:r>
          </w:p>
        </w:tc>
      </w:tr>
    </w:tbl>
    <w:p w14:paraId="7B6D2A8F" w14:textId="77777777" w:rsidR="008167CC" w:rsidRDefault="008167CC">
      <w:pPr>
        <w:spacing w:after="40"/>
      </w:pPr>
    </w:p>
    <w:p w14:paraId="2606B181" w14:textId="77777777" w:rsidR="008167CC" w:rsidRDefault="00000000">
      <w:pPr>
        <w:pStyle w:val="Heading1"/>
        <w:spacing w:before="120" w:after="60"/>
      </w:pPr>
      <w:r>
        <w:rPr>
          <w:rFonts w:ascii="Calibri" w:hAnsi="Calibri"/>
        </w:rPr>
        <w:t>Before You Begin</w:t>
      </w:r>
    </w:p>
    <w:p w14:paraId="69D45796" w14:textId="249BA57F" w:rsidR="008167CC" w:rsidRPr="00852796" w:rsidRDefault="00000000" w:rsidP="00E656EA">
      <w:pPr>
        <w:pStyle w:val="ListParagraph"/>
        <w:numPr>
          <w:ilvl w:val="0"/>
          <w:numId w:val="10"/>
        </w:numPr>
        <w:spacing w:after="10"/>
        <w:rPr>
          <w:sz w:val="24"/>
          <w:szCs w:val="28"/>
        </w:rPr>
      </w:pPr>
      <w:r w:rsidRPr="00852796">
        <w:rPr>
          <w:sz w:val="22"/>
          <w:szCs w:val="28"/>
        </w:rPr>
        <w:t>You can complete this Word application and email it to ed@weavingroots.ca, or submit the application through the WRF website.</w:t>
      </w:r>
    </w:p>
    <w:p w14:paraId="1230F867" w14:textId="415B5A28" w:rsidR="008167CC" w:rsidRPr="00852796" w:rsidRDefault="00000000" w:rsidP="00E656EA">
      <w:pPr>
        <w:pStyle w:val="ListParagraph"/>
        <w:numPr>
          <w:ilvl w:val="0"/>
          <w:numId w:val="10"/>
        </w:numPr>
        <w:spacing w:after="10"/>
        <w:rPr>
          <w:sz w:val="24"/>
          <w:szCs w:val="28"/>
        </w:rPr>
      </w:pPr>
      <w:r w:rsidRPr="00852796">
        <w:rPr>
          <w:sz w:val="22"/>
          <w:szCs w:val="28"/>
        </w:rPr>
        <w:t>If you do not yet have an acceptance or enrolment document, you may still complete the application. WRF may ask for confirmation before bursary funds are issued.</w:t>
      </w:r>
    </w:p>
    <w:p w14:paraId="17A54463" w14:textId="0610D342" w:rsidR="008167CC" w:rsidRDefault="00000000" w:rsidP="00E656EA">
      <w:pPr>
        <w:pStyle w:val="ListParagraph"/>
        <w:numPr>
          <w:ilvl w:val="0"/>
          <w:numId w:val="10"/>
        </w:numPr>
        <w:spacing w:after="10"/>
      </w:pPr>
      <w:r w:rsidRPr="00852796">
        <w:rPr>
          <w:sz w:val="22"/>
          <w:szCs w:val="28"/>
        </w:rPr>
        <w:t>If we need more information, a member of the WRF team may contact you for a conversation or additional documentation.</w:t>
      </w:r>
      <w:r w:rsidR="00E656EA">
        <w:rPr>
          <w:sz w:val="19"/>
        </w:rPr>
        <w:br/>
      </w:r>
    </w:p>
    <w:p w14:paraId="7B9FEAA3" w14:textId="77777777" w:rsidR="008167CC" w:rsidRDefault="00000000">
      <w:pPr>
        <w:spacing w:after="0"/>
      </w:pPr>
      <w:r>
        <w:br w:type="page"/>
      </w:r>
    </w:p>
    <w:p w14:paraId="2F05F92E" w14:textId="77777777" w:rsidR="008167CC" w:rsidRDefault="00000000">
      <w:pPr>
        <w:pStyle w:val="Heading1"/>
        <w:spacing w:before="40" w:after="40"/>
      </w:pPr>
      <w:r>
        <w:rPr>
          <w:rFonts w:ascii="Calibri" w:hAnsi="Calibri"/>
        </w:rPr>
        <w:lastRenderedPageBreak/>
        <w:t>Applicant Information</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011"/>
        <w:gridCol w:w="5011"/>
      </w:tblGrid>
      <w:tr w:rsidR="008167CC" w14:paraId="17552CD4" w14:textId="77777777" w:rsidTr="006C477B">
        <w:trPr>
          <w:cantSplit/>
          <w:trHeight w:val="680"/>
          <w:jc w:val="center"/>
        </w:trPr>
        <w:tc>
          <w:tcPr>
            <w:tcW w:w="5011" w:type="dxa"/>
            <w:shd w:val="clear" w:color="auto" w:fill="FFFFFF"/>
            <w:tcMar>
              <w:top w:w="75" w:type="dxa"/>
              <w:left w:w="90" w:type="dxa"/>
              <w:bottom w:w="70" w:type="dxa"/>
              <w:right w:w="90" w:type="dxa"/>
            </w:tcMar>
          </w:tcPr>
          <w:p w14:paraId="133534D4" w14:textId="77777777" w:rsidR="008167CC" w:rsidRPr="00852796" w:rsidRDefault="00000000">
            <w:pPr>
              <w:spacing w:after="20"/>
              <w:rPr>
                <w:sz w:val="22"/>
              </w:rPr>
            </w:pPr>
            <w:r w:rsidRPr="00852796">
              <w:rPr>
                <w:b/>
                <w:color w:val="24494C"/>
                <w:sz w:val="22"/>
              </w:rPr>
              <w:t>Full Legal Name</w:t>
            </w:r>
          </w:p>
          <w:p w14:paraId="7B3857B1" w14:textId="77777777" w:rsidR="008167CC" w:rsidRPr="00852796" w:rsidRDefault="00000000">
            <w:pPr>
              <w:spacing w:after="0"/>
              <w:rPr>
                <w:sz w:val="22"/>
              </w:rPr>
            </w:pPr>
            <w:r w:rsidRPr="00852796">
              <w:rPr>
                <w:color w:val="919191"/>
                <w:sz w:val="22"/>
              </w:rPr>
              <w:t>Click or tap here to enter text.</w:t>
            </w:r>
          </w:p>
        </w:tc>
        <w:tc>
          <w:tcPr>
            <w:tcW w:w="5011" w:type="dxa"/>
            <w:shd w:val="clear" w:color="auto" w:fill="FFFFFF"/>
            <w:tcMar>
              <w:top w:w="75" w:type="dxa"/>
              <w:left w:w="90" w:type="dxa"/>
              <w:bottom w:w="70" w:type="dxa"/>
              <w:right w:w="90" w:type="dxa"/>
            </w:tcMar>
          </w:tcPr>
          <w:p w14:paraId="3B8927B9" w14:textId="77777777" w:rsidR="008167CC" w:rsidRPr="00852796" w:rsidRDefault="00000000">
            <w:pPr>
              <w:spacing w:after="20"/>
              <w:rPr>
                <w:sz w:val="22"/>
              </w:rPr>
            </w:pPr>
            <w:r w:rsidRPr="00852796">
              <w:rPr>
                <w:b/>
                <w:color w:val="24494C"/>
                <w:sz w:val="22"/>
              </w:rPr>
              <w:t>Preferred Name</w:t>
            </w:r>
          </w:p>
          <w:p w14:paraId="17C5B8F4" w14:textId="77777777" w:rsidR="008167CC" w:rsidRPr="00852796" w:rsidRDefault="00000000">
            <w:pPr>
              <w:spacing w:after="0"/>
              <w:rPr>
                <w:sz w:val="22"/>
              </w:rPr>
            </w:pPr>
            <w:r w:rsidRPr="00852796">
              <w:rPr>
                <w:color w:val="919191"/>
                <w:sz w:val="22"/>
              </w:rPr>
              <w:t>Click or tap here to enter text.</w:t>
            </w:r>
          </w:p>
        </w:tc>
      </w:tr>
      <w:tr w:rsidR="008167CC" w14:paraId="43454CEA" w14:textId="77777777" w:rsidTr="006C477B">
        <w:trPr>
          <w:cantSplit/>
          <w:trHeight w:val="705"/>
          <w:jc w:val="center"/>
        </w:trPr>
        <w:tc>
          <w:tcPr>
            <w:tcW w:w="5011" w:type="dxa"/>
            <w:shd w:val="clear" w:color="auto" w:fill="FFFFFF"/>
            <w:tcMar>
              <w:top w:w="75" w:type="dxa"/>
              <w:left w:w="90" w:type="dxa"/>
              <w:bottom w:w="70" w:type="dxa"/>
              <w:right w:w="90" w:type="dxa"/>
            </w:tcMar>
          </w:tcPr>
          <w:p w14:paraId="39A57FBB" w14:textId="77777777" w:rsidR="008167CC" w:rsidRPr="00852796" w:rsidRDefault="00000000">
            <w:pPr>
              <w:spacing w:after="20"/>
              <w:rPr>
                <w:sz w:val="22"/>
              </w:rPr>
            </w:pPr>
            <w:r w:rsidRPr="00852796">
              <w:rPr>
                <w:b/>
                <w:color w:val="24494C"/>
                <w:sz w:val="22"/>
              </w:rPr>
              <w:t>Email</w:t>
            </w:r>
          </w:p>
          <w:p w14:paraId="1D22040D" w14:textId="77777777" w:rsidR="008167CC" w:rsidRPr="00852796" w:rsidRDefault="00000000">
            <w:pPr>
              <w:spacing w:after="0"/>
              <w:rPr>
                <w:sz w:val="22"/>
              </w:rPr>
            </w:pPr>
            <w:r w:rsidRPr="00852796">
              <w:rPr>
                <w:color w:val="919191"/>
                <w:sz w:val="22"/>
              </w:rPr>
              <w:t>Click or tap here to enter text.</w:t>
            </w:r>
          </w:p>
        </w:tc>
        <w:tc>
          <w:tcPr>
            <w:tcW w:w="5011" w:type="dxa"/>
            <w:shd w:val="clear" w:color="auto" w:fill="FFFFFF"/>
            <w:tcMar>
              <w:top w:w="75" w:type="dxa"/>
              <w:left w:w="90" w:type="dxa"/>
              <w:bottom w:w="70" w:type="dxa"/>
              <w:right w:w="90" w:type="dxa"/>
            </w:tcMar>
          </w:tcPr>
          <w:p w14:paraId="3D021567" w14:textId="77777777" w:rsidR="008167CC" w:rsidRPr="00852796" w:rsidRDefault="00000000">
            <w:pPr>
              <w:spacing w:after="20"/>
              <w:rPr>
                <w:sz w:val="22"/>
              </w:rPr>
            </w:pPr>
            <w:r w:rsidRPr="00852796">
              <w:rPr>
                <w:b/>
                <w:color w:val="24494C"/>
                <w:sz w:val="22"/>
              </w:rPr>
              <w:t>Phone</w:t>
            </w:r>
          </w:p>
          <w:p w14:paraId="13FBF07B" w14:textId="77777777" w:rsidR="008167CC" w:rsidRPr="00852796" w:rsidRDefault="00000000">
            <w:pPr>
              <w:spacing w:after="0"/>
              <w:rPr>
                <w:sz w:val="22"/>
              </w:rPr>
            </w:pPr>
            <w:r w:rsidRPr="00852796">
              <w:rPr>
                <w:color w:val="919191"/>
                <w:sz w:val="22"/>
              </w:rPr>
              <w:t>Click or tap here to enter text.</w:t>
            </w:r>
          </w:p>
        </w:tc>
      </w:tr>
      <w:tr w:rsidR="008167CC" w14:paraId="01C6D584" w14:textId="77777777" w:rsidTr="007531E5">
        <w:trPr>
          <w:cantSplit/>
          <w:trHeight w:val="695"/>
          <w:jc w:val="center"/>
        </w:trPr>
        <w:tc>
          <w:tcPr>
            <w:tcW w:w="5011" w:type="dxa"/>
            <w:shd w:val="clear" w:color="auto" w:fill="FFFFFF"/>
            <w:tcMar>
              <w:top w:w="75" w:type="dxa"/>
              <w:left w:w="90" w:type="dxa"/>
              <w:bottom w:w="70" w:type="dxa"/>
              <w:right w:w="90" w:type="dxa"/>
            </w:tcMar>
          </w:tcPr>
          <w:p w14:paraId="54A4899E" w14:textId="77777777" w:rsidR="008167CC" w:rsidRPr="00852796" w:rsidRDefault="00000000">
            <w:pPr>
              <w:spacing w:after="20"/>
              <w:rPr>
                <w:sz w:val="22"/>
              </w:rPr>
            </w:pPr>
            <w:r w:rsidRPr="00852796">
              <w:rPr>
                <w:b/>
                <w:color w:val="24494C"/>
                <w:sz w:val="22"/>
              </w:rPr>
              <w:t>City / Town</w:t>
            </w:r>
          </w:p>
          <w:p w14:paraId="47405FB8" w14:textId="77777777" w:rsidR="008167CC" w:rsidRPr="00852796" w:rsidRDefault="00000000">
            <w:pPr>
              <w:spacing w:after="0"/>
              <w:rPr>
                <w:sz w:val="22"/>
              </w:rPr>
            </w:pPr>
            <w:r w:rsidRPr="00852796">
              <w:rPr>
                <w:color w:val="919191"/>
                <w:sz w:val="22"/>
              </w:rPr>
              <w:t>Click or tap here to enter text.</w:t>
            </w:r>
          </w:p>
        </w:tc>
        <w:tc>
          <w:tcPr>
            <w:tcW w:w="5011" w:type="dxa"/>
            <w:shd w:val="clear" w:color="auto" w:fill="FFFFFF"/>
            <w:tcMar>
              <w:top w:w="75" w:type="dxa"/>
              <w:left w:w="90" w:type="dxa"/>
              <w:bottom w:w="70" w:type="dxa"/>
              <w:right w:w="90" w:type="dxa"/>
            </w:tcMar>
          </w:tcPr>
          <w:p w14:paraId="0BA4F036" w14:textId="77777777" w:rsidR="008167CC" w:rsidRPr="00852796" w:rsidRDefault="00000000">
            <w:pPr>
              <w:spacing w:after="20"/>
              <w:rPr>
                <w:sz w:val="22"/>
              </w:rPr>
            </w:pPr>
            <w:r w:rsidRPr="00852796">
              <w:rPr>
                <w:b/>
                <w:color w:val="24494C"/>
                <w:sz w:val="22"/>
              </w:rPr>
              <w:t>Province / Territory</w:t>
            </w:r>
          </w:p>
          <w:p w14:paraId="519FFD57" w14:textId="77777777" w:rsidR="008167CC" w:rsidRPr="00852796" w:rsidRDefault="00000000">
            <w:pPr>
              <w:spacing w:after="0"/>
              <w:rPr>
                <w:sz w:val="22"/>
              </w:rPr>
            </w:pPr>
            <w:r w:rsidRPr="00852796">
              <w:rPr>
                <w:color w:val="919191"/>
                <w:sz w:val="22"/>
              </w:rPr>
              <w:t>Click or tap here to enter text.</w:t>
            </w:r>
          </w:p>
        </w:tc>
      </w:tr>
    </w:tbl>
    <w:p w14:paraId="43F9D370" w14:textId="77777777" w:rsidR="008167CC" w:rsidRDefault="008167CC">
      <w:pPr>
        <w:spacing w:after="20"/>
      </w:pPr>
    </w:p>
    <w:p w14:paraId="62314927" w14:textId="77777777" w:rsidR="008167CC" w:rsidRDefault="00000000">
      <w:pPr>
        <w:pStyle w:val="Heading1"/>
        <w:spacing w:before="80" w:after="20"/>
      </w:pPr>
      <w:r>
        <w:rPr>
          <w:rFonts w:ascii="Calibri" w:hAnsi="Calibri"/>
        </w:rPr>
        <w:t>Indigenous Identity</w:t>
      </w:r>
    </w:p>
    <w:p w14:paraId="17D0495E" w14:textId="77777777" w:rsidR="008167CC" w:rsidRPr="00852796" w:rsidRDefault="00000000">
      <w:pPr>
        <w:spacing w:after="20" w:line="240" w:lineRule="auto"/>
        <w:rPr>
          <w:sz w:val="22"/>
        </w:rPr>
      </w:pPr>
      <w:r w:rsidRPr="00852796">
        <w:rPr>
          <w:sz w:val="22"/>
        </w:rPr>
        <w:t>How do you identify? Select all that apply.</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41"/>
        <w:gridCol w:w="5141"/>
      </w:tblGrid>
      <w:tr w:rsidR="008167CC" w:rsidRPr="00852796" w14:paraId="0EE6A052" w14:textId="77777777">
        <w:trPr>
          <w:cantSplit/>
          <w:jc w:val="center"/>
        </w:trPr>
        <w:tc>
          <w:tcPr>
            <w:tcW w:w="5141" w:type="dxa"/>
            <w:tcMar>
              <w:top w:w="20" w:type="dxa"/>
              <w:left w:w="35" w:type="dxa"/>
              <w:bottom w:w="20" w:type="dxa"/>
              <w:right w:w="35" w:type="dxa"/>
            </w:tcMar>
          </w:tcPr>
          <w:p w14:paraId="2C9B59B7" w14:textId="53CA69C5" w:rsidR="008167CC" w:rsidRPr="00852796" w:rsidRDefault="00000000">
            <w:pPr>
              <w:spacing w:after="0"/>
              <w:rPr>
                <w:sz w:val="22"/>
              </w:rPr>
            </w:pPr>
            <w:sdt>
              <w:sdtPr>
                <w:rPr>
                  <w:sz w:val="22"/>
                </w:rPr>
                <w:id w:val="-95488588"/>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sidRPr="00852796">
              <w:rPr>
                <w:sz w:val="22"/>
              </w:rPr>
              <w:t xml:space="preserve">  First Nations - Status</w:t>
            </w:r>
          </w:p>
        </w:tc>
        <w:tc>
          <w:tcPr>
            <w:tcW w:w="5141" w:type="dxa"/>
            <w:tcMar>
              <w:top w:w="20" w:type="dxa"/>
              <w:left w:w="35" w:type="dxa"/>
              <w:bottom w:w="20" w:type="dxa"/>
              <w:right w:w="35" w:type="dxa"/>
            </w:tcMar>
          </w:tcPr>
          <w:p w14:paraId="5ECD8EA8" w14:textId="430A0DC5" w:rsidR="008167CC" w:rsidRPr="00852796" w:rsidRDefault="00000000">
            <w:pPr>
              <w:spacing w:after="0"/>
              <w:rPr>
                <w:sz w:val="22"/>
              </w:rPr>
            </w:pPr>
            <w:sdt>
              <w:sdtPr>
                <w:rPr>
                  <w:sz w:val="22"/>
                </w:rPr>
                <w:id w:val="-1764288075"/>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sidRPr="00852796">
              <w:rPr>
                <w:sz w:val="22"/>
              </w:rPr>
              <w:t xml:space="preserve"> First Nations - Non-Status</w:t>
            </w:r>
          </w:p>
        </w:tc>
      </w:tr>
      <w:tr w:rsidR="008167CC" w:rsidRPr="00852796" w14:paraId="22BFED49" w14:textId="77777777">
        <w:trPr>
          <w:cantSplit/>
          <w:jc w:val="center"/>
        </w:trPr>
        <w:tc>
          <w:tcPr>
            <w:tcW w:w="5141" w:type="dxa"/>
            <w:tcMar>
              <w:top w:w="20" w:type="dxa"/>
              <w:left w:w="35" w:type="dxa"/>
              <w:bottom w:w="20" w:type="dxa"/>
              <w:right w:w="35" w:type="dxa"/>
            </w:tcMar>
          </w:tcPr>
          <w:p w14:paraId="40A122BC" w14:textId="14FDC7DE" w:rsidR="008167CC" w:rsidRPr="00852796" w:rsidRDefault="00000000">
            <w:pPr>
              <w:spacing w:after="0"/>
              <w:rPr>
                <w:sz w:val="22"/>
              </w:rPr>
            </w:pPr>
            <w:sdt>
              <w:sdtPr>
                <w:rPr>
                  <w:sz w:val="22"/>
                </w:rPr>
                <w:id w:val="-2356599"/>
                <w14:checkbox>
                  <w14:checked w14:val="0"/>
                  <w14:checkedState w14:val="2612" w14:font="MS Gothic"/>
                  <w14:uncheckedState w14:val="2610" w14:font="MS Gothic"/>
                </w14:checkbox>
              </w:sdtPr>
              <w:sdtContent>
                <w:r w:rsidR="006C477B">
                  <w:rPr>
                    <w:rFonts w:ascii="MS Gothic" w:eastAsia="MS Gothic" w:hAnsi="MS Gothic" w:hint="eastAsia"/>
                    <w:sz w:val="22"/>
                  </w:rPr>
                  <w:t>☐</w:t>
                </w:r>
              </w:sdtContent>
            </w:sdt>
            <w:r w:rsidR="00852796" w:rsidRPr="00852796">
              <w:rPr>
                <w:sz w:val="22"/>
              </w:rPr>
              <w:t xml:space="preserve">  Inuit</w:t>
            </w:r>
          </w:p>
        </w:tc>
        <w:tc>
          <w:tcPr>
            <w:tcW w:w="5141" w:type="dxa"/>
            <w:tcMar>
              <w:top w:w="20" w:type="dxa"/>
              <w:left w:w="35" w:type="dxa"/>
              <w:bottom w:w="20" w:type="dxa"/>
              <w:right w:w="35" w:type="dxa"/>
            </w:tcMar>
          </w:tcPr>
          <w:p w14:paraId="00BE61F0" w14:textId="01FA1C45" w:rsidR="008167CC" w:rsidRPr="00852796" w:rsidRDefault="00000000">
            <w:pPr>
              <w:spacing w:after="0"/>
              <w:rPr>
                <w:sz w:val="22"/>
              </w:rPr>
            </w:pPr>
            <w:sdt>
              <w:sdtPr>
                <w:rPr>
                  <w:sz w:val="22"/>
                </w:rPr>
                <w:id w:val="-827214817"/>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Pr>
                <w:sz w:val="22"/>
              </w:rPr>
              <w:t xml:space="preserve"> </w:t>
            </w:r>
            <w:r w:rsidR="00852796" w:rsidRPr="00852796">
              <w:rPr>
                <w:sz w:val="22"/>
              </w:rPr>
              <w:t>Métis</w:t>
            </w:r>
          </w:p>
        </w:tc>
      </w:tr>
      <w:tr w:rsidR="008167CC" w:rsidRPr="00852796" w14:paraId="531C4D3D" w14:textId="77777777">
        <w:trPr>
          <w:cantSplit/>
          <w:jc w:val="center"/>
        </w:trPr>
        <w:tc>
          <w:tcPr>
            <w:tcW w:w="5141" w:type="dxa"/>
            <w:tcMar>
              <w:top w:w="20" w:type="dxa"/>
              <w:left w:w="35" w:type="dxa"/>
              <w:bottom w:w="20" w:type="dxa"/>
              <w:right w:w="35" w:type="dxa"/>
            </w:tcMar>
          </w:tcPr>
          <w:p w14:paraId="37FECCBB" w14:textId="79A9C872" w:rsidR="008167CC" w:rsidRPr="00852796" w:rsidRDefault="00000000">
            <w:pPr>
              <w:spacing w:after="0"/>
              <w:rPr>
                <w:sz w:val="22"/>
              </w:rPr>
            </w:pPr>
            <w:sdt>
              <w:sdtPr>
                <w:rPr>
                  <w:sz w:val="22"/>
                </w:rPr>
                <w:id w:val="-1597622664"/>
                <w14:checkbox>
                  <w14:checked w14:val="0"/>
                  <w14:checkedState w14:val="2612" w14:font="MS Gothic"/>
                  <w14:uncheckedState w14:val="2610" w14:font="MS Gothic"/>
                </w14:checkbox>
              </w:sdtPr>
              <w:sdtContent>
                <w:r w:rsidR="007531E5">
                  <w:rPr>
                    <w:rFonts w:ascii="MS Gothic" w:eastAsia="MS Gothic" w:hAnsi="MS Gothic" w:hint="eastAsia"/>
                    <w:sz w:val="22"/>
                  </w:rPr>
                  <w:t>☐</w:t>
                </w:r>
              </w:sdtContent>
            </w:sdt>
            <w:r w:rsidR="00852796" w:rsidRPr="00852796">
              <w:rPr>
                <w:sz w:val="22"/>
              </w:rPr>
              <w:t xml:space="preserve"> </w:t>
            </w:r>
            <w:r w:rsidR="00852796">
              <w:rPr>
                <w:sz w:val="22"/>
              </w:rPr>
              <w:t xml:space="preserve"> </w:t>
            </w:r>
            <w:r w:rsidR="00852796" w:rsidRPr="00852796">
              <w:rPr>
                <w:sz w:val="22"/>
              </w:rPr>
              <w:t>Other Indigenous identity: ____________________</w:t>
            </w:r>
          </w:p>
        </w:tc>
        <w:tc>
          <w:tcPr>
            <w:tcW w:w="5141" w:type="dxa"/>
            <w:tcMar>
              <w:top w:w="20" w:type="dxa"/>
              <w:left w:w="35" w:type="dxa"/>
              <w:bottom w:w="20" w:type="dxa"/>
              <w:right w:w="35" w:type="dxa"/>
            </w:tcMar>
          </w:tcPr>
          <w:p w14:paraId="450104A7" w14:textId="4FBE9D89" w:rsidR="008167CC" w:rsidRPr="00852796" w:rsidRDefault="00000000">
            <w:pPr>
              <w:spacing w:after="0"/>
              <w:rPr>
                <w:sz w:val="22"/>
              </w:rPr>
            </w:pPr>
            <w:sdt>
              <w:sdtPr>
                <w:rPr>
                  <w:sz w:val="22"/>
                </w:rPr>
                <w:id w:val="-668796937"/>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Pr>
                <w:sz w:val="22"/>
              </w:rPr>
              <w:t xml:space="preserve"> </w:t>
            </w:r>
            <w:r w:rsidR="00852796" w:rsidRPr="00852796">
              <w:rPr>
                <w:sz w:val="22"/>
              </w:rPr>
              <w:t>Prefer to discuss this with WRF</w:t>
            </w:r>
          </w:p>
        </w:tc>
      </w:tr>
    </w:tbl>
    <w:p w14:paraId="7FCBFD70" w14:textId="74701688" w:rsidR="008167CC" w:rsidRPr="00852796" w:rsidRDefault="00852796">
      <w:pPr>
        <w:keepNext/>
        <w:spacing w:before="40" w:after="30" w:line="240" w:lineRule="auto"/>
        <w:rPr>
          <w:sz w:val="24"/>
          <w:szCs w:val="28"/>
        </w:rPr>
      </w:pPr>
      <w:r>
        <w:rPr>
          <w:b/>
          <w:color w:val="24494C"/>
          <w:szCs w:val="24"/>
        </w:rPr>
        <w:br/>
      </w:r>
      <w:r w:rsidRPr="00852796">
        <w:rPr>
          <w:b/>
          <w:color w:val="24494C"/>
          <w:sz w:val="22"/>
          <w:szCs w:val="28"/>
        </w:rPr>
        <w:t>1. Nation, community, settlement or Inuit region, if you would like to share:</w:t>
      </w:r>
      <w:r w:rsidRPr="00852796">
        <w:rPr>
          <w:i/>
          <w:sz w:val="22"/>
          <w:szCs w:val="28"/>
        </w:rPr>
        <w:t xml:space="preserve">  Optional.</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0282"/>
      </w:tblGrid>
      <w:tr w:rsidR="008167CC" w14:paraId="16FC0E79" w14:textId="77777777" w:rsidTr="006C477B">
        <w:trPr>
          <w:cantSplit/>
          <w:trHeight w:val="374"/>
          <w:jc w:val="center"/>
        </w:trPr>
        <w:tc>
          <w:tcPr>
            <w:tcW w:w="10282" w:type="dxa"/>
            <w:shd w:val="clear" w:color="auto" w:fill="FFFFFF"/>
            <w:tcMar>
              <w:top w:w="65" w:type="dxa"/>
              <w:left w:w="95" w:type="dxa"/>
              <w:bottom w:w="65" w:type="dxa"/>
              <w:right w:w="95" w:type="dxa"/>
            </w:tcMar>
          </w:tcPr>
          <w:p w14:paraId="4FC6C18D" w14:textId="77777777" w:rsidR="008167CC" w:rsidRDefault="00000000">
            <w:pPr>
              <w:spacing w:after="0"/>
            </w:pPr>
            <w:r w:rsidRPr="007531E5">
              <w:rPr>
                <w:color w:val="919191"/>
                <w:sz w:val="22"/>
                <w:szCs w:val="28"/>
              </w:rPr>
              <w:t>Click or tap here to enter text.</w:t>
            </w:r>
          </w:p>
        </w:tc>
      </w:tr>
    </w:tbl>
    <w:p w14:paraId="20424F6F" w14:textId="0B1D599E" w:rsidR="008167CC" w:rsidRDefault="00852796">
      <w:pPr>
        <w:pStyle w:val="Heading1"/>
        <w:spacing w:before="80" w:after="20"/>
      </w:pPr>
      <w:r>
        <w:rPr>
          <w:rFonts w:ascii="Calibri" w:hAnsi="Calibri"/>
        </w:rPr>
        <w:br/>
        <w:t>Your Education or Training</w:t>
      </w:r>
    </w:p>
    <w:p w14:paraId="2AEE19F6" w14:textId="278C03D8" w:rsidR="008167CC" w:rsidRPr="00852796" w:rsidRDefault="00000000">
      <w:pPr>
        <w:keepNext/>
        <w:spacing w:before="60" w:after="30" w:line="240" w:lineRule="auto"/>
        <w:rPr>
          <w:sz w:val="24"/>
          <w:szCs w:val="28"/>
        </w:rPr>
      </w:pPr>
      <w:r w:rsidRPr="00852796">
        <w:rPr>
          <w:b/>
          <w:color w:val="24494C"/>
          <w:sz w:val="22"/>
          <w:szCs w:val="28"/>
        </w:rPr>
        <w:t>2. Which WRF education pillar best fits your education or training?</w:t>
      </w:r>
      <w:r w:rsidRPr="00852796">
        <w:rPr>
          <w:i/>
          <w:sz w:val="22"/>
          <w:szCs w:val="28"/>
        </w:rPr>
        <w:t xml:space="preserve">  Select one. </w:t>
      </w:r>
    </w:p>
    <w:tbl>
      <w:tblPr>
        <w:tblW w:w="10282" w:type="dxa"/>
        <w:jc w:val="center"/>
        <w:tblBorders>
          <w:top w:val="nil"/>
          <w:left w:val="nil"/>
          <w:bottom w:val="nil"/>
          <w:right w:val="nil"/>
          <w:insideH w:val="nil"/>
          <w:insideV w:val="nil"/>
        </w:tblBorders>
        <w:tblLayout w:type="fixed"/>
        <w:tblLook w:val="04A0" w:firstRow="1" w:lastRow="0" w:firstColumn="1" w:lastColumn="0" w:noHBand="0" w:noVBand="1"/>
      </w:tblPr>
      <w:tblGrid>
        <w:gridCol w:w="5141"/>
        <w:gridCol w:w="5141"/>
      </w:tblGrid>
      <w:tr w:rsidR="008167CC" w14:paraId="36036050" w14:textId="77777777" w:rsidTr="00852796">
        <w:trPr>
          <w:cantSplit/>
          <w:trHeight w:val="1051"/>
          <w:jc w:val="center"/>
        </w:trPr>
        <w:tc>
          <w:tcPr>
            <w:tcW w:w="5141" w:type="dxa"/>
            <w:tcBorders>
              <w:top w:val="single" w:sz="3" w:space="0" w:color="D9DEDB"/>
              <w:left w:val="single" w:sz="3" w:space="0" w:color="D9DEDB"/>
              <w:bottom w:val="single" w:sz="3" w:space="0" w:color="D9DEDB"/>
              <w:right w:val="single" w:sz="3" w:space="0" w:color="D9DEDB"/>
            </w:tcBorders>
            <w:shd w:val="clear" w:color="auto" w:fill="FFFFFF"/>
            <w:tcMar>
              <w:top w:w="70" w:type="dxa"/>
              <w:left w:w="80" w:type="dxa"/>
              <w:bottom w:w="70" w:type="dxa"/>
              <w:right w:w="80" w:type="dxa"/>
            </w:tcMar>
          </w:tcPr>
          <w:p w14:paraId="0B66B488" w14:textId="6935A0C2" w:rsidR="008167CC" w:rsidRDefault="00000000">
            <w:pPr>
              <w:spacing w:after="40"/>
            </w:pPr>
            <w:sdt>
              <w:sdtPr>
                <w:rPr>
                  <w:sz w:val="22"/>
                </w:rPr>
                <w:id w:val="-569269877"/>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Pr>
                <w:b/>
                <w:color w:val="24494C"/>
                <w:sz w:val="18"/>
              </w:rPr>
              <w:t xml:space="preserve"> </w:t>
            </w:r>
            <w:r w:rsidR="00852796" w:rsidRPr="00852796">
              <w:rPr>
                <w:b/>
                <w:color w:val="24494C"/>
                <w:sz w:val="22"/>
                <w:szCs w:val="28"/>
              </w:rPr>
              <w:t>Non-Destructive Testing (NDT)</w:t>
            </w:r>
          </w:p>
          <w:p w14:paraId="7E2887CA" w14:textId="77777777" w:rsidR="008167CC" w:rsidRDefault="00000000">
            <w:pPr>
              <w:spacing w:after="0"/>
            </w:pPr>
            <w:r w:rsidRPr="00852796">
              <w:rPr>
                <w:sz w:val="18"/>
                <w:szCs w:val="24"/>
              </w:rPr>
              <w:t>Inspecting materials, equipment or structures for defects without damaging them. Includes NDT/NDE, welding or visual inspection, QA/QC and asset integrity roles.</w:t>
            </w:r>
          </w:p>
        </w:tc>
        <w:tc>
          <w:tcPr>
            <w:tcW w:w="5141" w:type="dxa"/>
            <w:tcBorders>
              <w:top w:val="single" w:sz="3" w:space="0" w:color="D9DEDB"/>
              <w:left w:val="single" w:sz="3" w:space="0" w:color="D9DEDB"/>
              <w:bottom w:val="single" w:sz="3" w:space="0" w:color="D9DEDB"/>
              <w:right w:val="single" w:sz="3" w:space="0" w:color="D9DEDB"/>
            </w:tcBorders>
            <w:shd w:val="clear" w:color="auto" w:fill="FFFFFF"/>
            <w:tcMar>
              <w:top w:w="70" w:type="dxa"/>
              <w:left w:w="80" w:type="dxa"/>
              <w:bottom w:w="70" w:type="dxa"/>
              <w:right w:w="80" w:type="dxa"/>
            </w:tcMar>
          </w:tcPr>
          <w:p w14:paraId="73EE4E09" w14:textId="27F2C569" w:rsidR="008167CC" w:rsidRDefault="00000000">
            <w:pPr>
              <w:spacing w:after="40"/>
            </w:pPr>
            <w:sdt>
              <w:sdtPr>
                <w:rPr>
                  <w:sz w:val="22"/>
                </w:rPr>
                <w:id w:val="1443949736"/>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Pr>
                <w:b/>
                <w:color w:val="24494C"/>
                <w:sz w:val="18"/>
              </w:rPr>
              <w:t xml:space="preserve"> </w:t>
            </w:r>
            <w:r w:rsidR="00852796" w:rsidRPr="00852796">
              <w:rPr>
                <w:b/>
                <w:color w:val="24494C"/>
                <w:sz w:val="22"/>
                <w:szCs w:val="28"/>
              </w:rPr>
              <w:t>Environmental Services</w:t>
            </w:r>
          </w:p>
          <w:p w14:paraId="1834A0A4" w14:textId="77777777" w:rsidR="008167CC" w:rsidRDefault="00000000">
            <w:pPr>
              <w:spacing w:after="0"/>
            </w:pPr>
            <w:r w:rsidRPr="00852796">
              <w:rPr>
                <w:sz w:val="18"/>
                <w:szCs w:val="24"/>
              </w:rPr>
              <w:t>Environmental science, monitoring, assessment, consulting, testing, remediation or reclamation, conservation, wildlife, and land or water stewardship.</w:t>
            </w:r>
          </w:p>
        </w:tc>
      </w:tr>
      <w:tr w:rsidR="008167CC" w14:paraId="03C11F77" w14:textId="77777777" w:rsidTr="00852796">
        <w:trPr>
          <w:cantSplit/>
          <w:trHeight w:val="1125"/>
          <w:jc w:val="center"/>
        </w:trPr>
        <w:tc>
          <w:tcPr>
            <w:tcW w:w="5141" w:type="dxa"/>
            <w:tcBorders>
              <w:top w:val="single" w:sz="3" w:space="0" w:color="D9DEDB"/>
              <w:left w:val="single" w:sz="3" w:space="0" w:color="D9DEDB"/>
              <w:bottom w:val="single" w:sz="3" w:space="0" w:color="D9DEDB"/>
              <w:right w:val="single" w:sz="3" w:space="0" w:color="D9DEDB"/>
            </w:tcBorders>
            <w:shd w:val="clear" w:color="auto" w:fill="FFFFFF"/>
            <w:tcMar>
              <w:top w:w="70" w:type="dxa"/>
              <w:left w:w="80" w:type="dxa"/>
              <w:bottom w:w="70" w:type="dxa"/>
              <w:right w:w="80" w:type="dxa"/>
            </w:tcMar>
          </w:tcPr>
          <w:p w14:paraId="3A92A166" w14:textId="7F3581BA" w:rsidR="008167CC" w:rsidRDefault="00000000">
            <w:pPr>
              <w:spacing w:after="40"/>
            </w:pPr>
            <w:sdt>
              <w:sdtPr>
                <w:rPr>
                  <w:sz w:val="22"/>
                </w:rPr>
                <w:id w:val="-313953040"/>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Pr>
                <w:b/>
                <w:color w:val="24494C"/>
                <w:sz w:val="18"/>
              </w:rPr>
              <w:t xml:space="preserve"> </w:t>
            </w:r>
            <w:r w:rsidR="00852796" w:rsidRPr="00852796">
              <w:rPr>
                <w:b/>
                <w:color w:val="24494C"/>
                <w:sz w:val="22"/>
                <w:szCs w:val="28"/>
              </w:rPr>
              <w:t>Professional Services</w:t>
            </w:r>
          </w:p>
          <w:p w14:paraId="264692B5" w14:textId="77777777" w:rsidR="008167CC" w:rsidRDefault="00000000">
            <w:pPr>
              <w:spacing w:after="0"/>
            </w:pPr>
            <w:r w:rsidRPr="00852796">
              <w:rPr>
                <w:sz w:val="18"/>
                <w:szCs w:val="24"/>
              </w:rPr>
              <w:t>Professional or technical careers such as finance, law, business, marketing, computer science, planning, engineering, health, medical services or public service.</w:t>
            </w:r>
          </w:p>
        </w:tc>
        <w:tc>
          <w:tcPr>
            <w:tcW w:w="5141" w:type="dxa"/>
            <w:tcBorders>
              <w:top w:val="single" w:sz="3" w:space="0" w:color="D9DEDB"/>
              <w:left w:val="single" w:sz="3" w:space="0" w:color="D9DEDB"/>
              <w:bottom w:val="single" w:sz="3" w:space="0" w:color="D9DEDB"/>
              <w:right w:val="single" w:sz="3" w:space="0" w:color="D9DEDB"/>
            </w:tcBorders>
            <w:shd w:val="clear" w:color="auto" w:fill="FFFFFF"/>
            <w:tcMar>
              <w:top w:w="70" w:type="dxa"/>
              <w:left w:w="80" w:type="dxa"/>
              <w:bottom w:w="70" w:type="dxa"/>
              <w:right w:w="80" w:type="dxa"/>
            </w:tcMar>
          </w:tcPr>
          <w:p w14:paraId="7C76FC9F" w14:textId="73A70C81" w:rsidR="008167CC" w:rsidRDefault="00000000">
            <w:pPr>
              <w:spacing w:after="40"/>
            </w:pPr>
            <w:sdt>
              <w:sdtPr>
                <w:rPr>
                  <w:sz w:val="22"/>
                </w:rPr>
                <w:id w:val="-949546576"/>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Pr>
                <w:b/>
                <w:color w:val="24494C"/>
                <w:sz w:val="18"/>
              </w:rPr>
              <w:t xml:space="preserve"> </w:t>
            </w:r>
            <w:r w:rsidR="00852796" w:rsidRPr="00852796">
              <w:rPr>
                <w:b/>
                <w:color w:val="24494C"/>
                <w:sz w:val="22"/>
                <w:szCs w:val="28"/>
              </w:rPr>
              <w:t>Apprenticeship and Trades</w:t>
            </w:r>
          </w:p>
          <w:p w14:paraId="7BC65BEA" w14:textId="77777777" w:rsidR="008167CC" w:rsidRDefault="00000000">
            <w:pPr>
              <w:spacing w:after="0"/>
            </w:pPr>
            <w:r w:rsidRPr="00852796">
              <w:rPr>
                <w:sz w:val="18"/>
                <w:szCs w:val="24"/>
              </w:rPr>
              <w:t>Skilled-trades training such as electrical, carpentry, plumbing, pipefitting, welding, heavy equipment, automotive, millwright and related trades.</w:t>
            </w:r>
          </w:p>
        </w:tc>
      </w:tr>
    </w:tbl>
    <w:p w14:paraId="22E0CAA9" w14:textId="6616C0A5" w:rsidR="008167CC" w:rsidRPr="006C477B" w:rsidRDefault="00000000">
      <w:pPr>
        <w:spacing w:after="10"/>
        <w:ind w:left="72"/>
        <w:rPr>
          <w:sz w:val="22"/>
        </w:rPr>
      </w:pPr>
      <w:sdt>
        <w:sdtPr>
          <w:rPr>
            <w:sz w:val="22"/>
          </w:rPr>
          <w:id w:val="-1466882263"/>
          <w14:checkbox>
            <w14:checked w14:val="0"/>
            <w14:checkedState w14:val="2612" w14:font="MS Gothic"/>
            <w14:uncheckedState w14:val="2610" w14:font="MS Gothic"/>
          </w14:checkbox>
        </w:sdtPr>
        <w:sdtContent>
          <w:r w:rsidR="006C477B">
            <w:rPr>
              <w:rFonts w:ascii="MS Gothic" w:eastAsia="MS Gothic" w:hAnsi="MS Gothic" w:hint="eastAsia"/>
              <w:sz w:val="22"/>
            </w:rPr>
            <w:t>☐</w:t>
          </w:r>
        </w:sdtContent>
      </w:sdt>
      <w:r w:rsidR="00852796" w:rsidRPr="006C477B">
        <w:rPr>
          <w:sz w:val="22"/>
        </w:rPr>
        <w:t xml:space="preserve"> I'm not sure which pillar applies - WRF can help me determine the best fit.</w:t>
      </w:r>
    </w:p>
    <w:p w14:paraId="317FCEE2" w14:textId="77777777" w:rsidR="008167CC" w:rsidRDefault="00000000">
      <w:pPr>
        <w:pStyle w:val="Heading1"/>
        <w:spacing w:before="40" w:after="20"/>
      </w:pPr>
      <w:r>
        <w:rPr>
          <w:rFonts w:ascii="Calibri" w:hAnsi="Calibri"/>
        </w:rPr>
        <w:lastRenderedPageBreak/>
        <w:t>Your Education or Training</w:t>
      </w:r>
    </w:p>
    <w:p w14:paraId="0F307AC3" w14:textId="77777777" w:rsidR="008167CC" w:rsidRPr="00852796" w:rsidRDefault="00000000">
      <w:pPr>
        <w:keepNext/>
        <w:spacing w:before="60" w:after="30" w:line="240" w:lineRule="auto"/>
        <w:rPr>
          <w:sz w:val="22"/>
        </w:rPr>
      </w:pPr>
      <w:r w:rsidRPr="00852796">
        <w:rPr>
          <w:b/>
          <w:color w:val="24494C"/>
          <w:sz w:val="22"/>
        </w:rPr>
        <w:t>3. What school, training provider, apprenticeship program or educational institution are you attending or planning to attend?</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0282"/>
      </w:tblGrid>
      <w:tr w:rsidR="008167CC" w:rsidRPr="00852796" w14:paraId="71240816" w14:textId="77777777">
        <w:trPr>
          <w:cantSplit/>
          <w:trHeight w:val="490"/>
          <w:jc w:val="center"/>
        </w:trPr>
        <w:tc>
          <w:tcPr>
            <w:tcW w:w="10282" w:type="dxa"/>
            <w:shd w:val="clear" w:color="auto" w:fill="FFFFFF"/>
            <w:tcMar>
              <w:top w:w="65" w:type="dxa"/>
              <w:left w:w="95" w:type="dxa"/>
              <w:bottom w:w="65" w:type="dxa"/>
              <w:right w:w="95" w:type="dxa"/>
            </w:tcMar>
          </w:tcPr>
          <w:p w14:paraId="51E24954" w14:textId="77777777" w:rsidR="008167CC" w:rsidRPr="00852796" w:rsidRDefault="00000000">
            <w:pPr>
              <w:spacing w:after="0"/>
              <w:rPr>
                <w:sz w:val="22"/>
              </w:rPr>
            </w:pPr>
            <w:r w:rsidRPr="00852796">
              <w:rPr>
                <w:color w:val="919191"/>
                <w:sz w:val="22"/>
              </w:rPr>
              <w:t>Click or tap here to enter text.</w:t>
            </w:r>
          </w:p>
        </w:tc>
      </w:tr>
    </w:tbl>
    <w:p w14:paraId="0E571567" w14:textId="77777777" w:rsidR="008167CC" w:rsidRDefault="008167CC">
      <w:pPr>
        <w:spacing w:after="40"/>
      </w:pPr>
    </w:p>
    <w:p w14:paraId="3DDCC8FD" w14:textId="77777777" w:rsidR="008167CC" w:rsidRPr="00852796" w:rsidRDefault="00000000">
      <w:pPr>
        <w:keepNext/>
        <w:spacing w:before="60" w:after="30" w:line="240" w:lineRule="auto"/>
        <w:rPr>
          <w:sz w:val="22"/>
        </w:rPr>
      </w:pPr>
      <w:r w:rsidRPr="00852796">
        <w:rPr>
          <w:b/>
          <w:color w:val="24494C"/>
          <w:sz w:val="22"/>
        </w:rPr>
        <w:t>4. What program, trade, certificate, diploma, degree or training are you pursuing?</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0282"/>
      </w:tblGrid>
      <w:tr w:rsidR="008167CC" w:rsidRPr="00852796" w14:paraId="50598D3D" w14:textId="77777777">
        <w:trPr>
          <w:cantSplit/>
          <w:trHeight w:val="490"/>
          <w:jc w:val="center"/>
        </w:trPr>
        <w:tc>
          <w:tcPr>
            <w:tcW w:w="10282" w:type="dxa"/>
            <w:shd w:val="clear" w:color="auto" w:fill="FFFFFF"/>
            <w:tcMar>
              <w:top w:w="65" w:type="dxa"/>
              <w:left w:w="95" w:type="dxa"/>
              <w:bottom w:w="65" w:type="dxa"/>
              <w:right w:w="95" w:type="dxa"/>
            </w:tcMar>
          </w:tcPr>
          <w:p w14:paraId="5A177111" w14:textId="77777777" w:rsidR="008167CC" w:rsidRPr="00852796" w:rsidRDefault="00000000">
            <w:pPr>
              <w:spacing w:after="0"/>
              <w:rPr>
                <w:sz w:val="22"/>
              </w:rPr>
            </w:pPr>
            <w:r w:rsidRPr="00852796">
              <w:rPr>
                <w:color w:val="919191"/>
                <w:sz w:val="22"/>
              </w:rPr>
              <w:t>Click or tap here to enter text.</w:t>
            </w:r>
          </w:p>
        </w:tc>
      </w:tr>
    </w:tbl>
    <w:p w14:paraId="168C44DD" w14:textId="77777777" w:rsidR="008167CC" w:rsidRPr="00852796" w:rsidRDefault="008167CC">
      <w:pPr>
        <w:spacing w:after="40"/>
        <w:rPr>
          <w:sz w:val="22"/>
        </w:rPr>
      </w:pPr>
    </w:p>
    <w:p w14:paraId="1E3A94C0" w14:textId="77777777" w:rsidR="008167CC" w:rsidRPr="00852796" w:rsidRDefault="00000000">
      <w:pPr>
        <w:keepNext/>
        <w:spacing w:before="60" w:after="30" w:line="240" w:lineRule="auto"/>
        <w:rPr>
          <w:sz w:val="22"/>
        </w:rPr>
      </w:pPr>
      <w:r w:rsidRPr="00852796">
        <w:rPr>
          <w:b/>
          <w:color w:val="24494C"/>
          <w:sz w:val="22"/>
        </w:rPr>
        <w:t>5. What is your current status?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41"/>
        <w:gridCol w:w="5141"/>
      </w:tblGrid>
      <w:tr w:rsidR="008167CC" w:rsidRPr="00852796" w14:paraId="1D29D8F7" w14:textId="77777777">
        <w:trPr>
          <w:cantSplit/>
          <w:jc w:val="center"/>
        </w:trPr>
        <w:tc>
          <w:tcPr>
            <w:tcW w:w="5141" w:type="dxa"/>
            <w:tcMar>
              <w:top w:w="15" w:type="dxa"/>
              <w:left w:w="35" w:type="dxa"/>
              <w:bottom w:w="15" w:type="dxa"/>
              <w:right w:w="35" w:type="dxa"/>
            </w:tcMar>
          </w:tcPr>
          <w:p w14:paraId="486941A5" w14:textId="5DFA4732" w:rsidR="008167CC" w:rsidRPr="00852796" w:rsidRDefault="00000000">
            <w:pPr>
              <w:spacing w:after="0"/>
              <w:rPr>
                <w:sz w:val="22"/>
              </w:rPr>
            </w:pPr>
            <w:sdt>
              <w:sdtPr>
                <w:rPr>
                  <w:sz w:val="22"/>
                </w:rPr>
                <w:id w:val="-1257280491"/>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sidRPr="00852796">
              <w:rPr>
                <w:sz w:val="22"/>
              </w:rPr>
              <w:t xml:space="preserve">  Accepted</w:t>
            </w:r>
          </w:p>
        </w:tc>
        <w:tc>
          <w:tcPr>
            <w:tcW w:w="5141" w:type="dxa"/>
            <w:tcMar>
              <w:top w:w="15" w:type="dxa"/>
              <w:left w:w="35" w:type="dxa"/>
              <w:bottom w:w="15" w:type="dxa"/>
              <w:right w:w="35" w:type="dxa"/>
            </w:tcMar>
          </w:tcPr>
          <w:p w14:paraId="0908441E" w14:textId="0EC18E02" w:rsidR="008167CC" w:rsidRPr="00852796" w:rsidRDefault="00000000">
            <w:pPr>
              <w:spacing w:after="0"/>
              <w:rPr>
                <w:sz w:val="22"/>
              </w:rPr>
            </w:pPr>
            <w:sdt>
              <w:sdtPr>
                <w:rPr>
                  <w:sz w:val="22"/>
                </w:rPr>
                <w:id w:val="-1836603129"/>
                <w14:checkbox>
                  <w14:checked w14:val="0"/>
                  <w14:checkedState w14:val="2612" w14:font="MS Gothic"/>
                  <w14:uncheckedState w14:val="2610" w14:font="MS Gothic"/>
                </w14:checkbox>
              </w:sdtPr>
              <w:sdtContent>
                <w:r w:rsidR="006C477B">
                  <w:rPr>
                    <w:rFonts w:ascii="MS Gothic" w:eastAsia="MS Gothic" w:hAnsi="MS Gothic" w:hint="eastAsia"/>
                    <w:sz w:val="22"/>
                  </w:rPr>
                  <w:t>☐</w:t>
                </w:r>
              </w:sdtContent>
            </w:sdt>
            <w:r w:rsidR="00852796" w:rsidRPr="00852796">
              <w:rPr>
                <w:sz w:val="22"/>
              </w:rPr>
              <w:t xml:space="preserve">  Currently enrolled</w:t>
            </w:r>
          </w:p>
        </w:tc>
      </w:tr>
      <w:tr w:rsidR="008167CC" w:rsidRPr="00852796" w14:paraId="36BDA72E" w14:textId="77777777">
        <w:trPr>
          <w:cantSplit/>
          <w:jc w:val="center"/>
        </w:trPr>
        <w:tc>
          <w:tcPr>
            <w:tcW w:w="5141" w:type="dxa"/>
            <w:tcMar>
              <w:top w:w="15" w:type="dxa"/>
              <w:left w:w="35" w:type="dxa"/>
              <w:bottom w:w="15" w:type="dxa"/>
              <w:right w:w="35" w:type="dxa"/>
            </w:tcMar>
          </w:tcPr>
          <w:p w14:paraId="697539B2" w14:textId="11C2B10A" w:rsidR="008167CC" w:rsidRPr="00852796" w:rsidRDefault="00000000">
            <w:pPr>
              <w:spacing w:after="0"/>
              <w:rPr>
                <w:sz w:val="22"/>
              </w:rPr>
            </w:pPr>
            <w:sdt>
              <w:sdtPr>
                <w:rPr>
                  <w:sz w:val="22"/>
                </w:rPr>
                <w:id w:val="37328453"/>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sidRPr="00852796">
              <w:rPr>
                <w:sz w:val="22"/>
              </w:rPr>
              <w:t xml:space="preserve">  Applied and waiting for a decision</w:t>
            </w:r>
          </w:p>
        </w:tc>
        <w:tc>
          <w:tcPr>
            <w:tcW w:w="5141" w:type="dxa"/>
            <w:tcMar>
              <w:top w:w="15" w:type="dxa"/>
              <w:left w:w="35" w:type="dxa"/>
              <w:bottom w:w="15" w:type="dxa"/>
              <w:right w:w="35" w:type="dxa"/>
            </w:tcMar>
          </w:tcPr>
          <w:p w14:paraId="513343D2" w14:textId="2F9704D3" w:rsidR="008167CC" w:rsidRPr="00852796" w:rsidRDefault="00000000">
            <w:pPr>
              <w:spacing w:after="0"/>
              <w:rPr>
                <w:sz w:val="22"/>
              </w:rPr>
            </w:pPr>
            <w:sdt>
              <w:sdtPr>
                <w:rPr>
                  <w:sz w:val="22"/>
                </w:rPr>
                <w:id w:val="447897212"/>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sidRPr="00852796">
              <w:rPr>
                <w:sz w:val="22"/>
              </w:rPr>
              <w:t xml:space="preserve">  Planning to apply / Other: ______________</w:t>
            </w:r>
            <w:r w:rsidR="007531E5">
              <w:rPr>
                <w:sz w:val="22"/>
              </w:rPr>
              <w:br/>
            </w:r>
          </w:p>
        </w:tc>
      </w:tr>
      <w:tr w:rsidR="008167CC" w:rsidRPr="00852796" w14:paraId="4E36B8BB" w14:textId="77777777">
        <w:trPr>
          <w:cantSplit/>
          <w:trHeight w:val="907"/>
          <w:jc w:val="center"/>
        </w:trPr>
        <w:tc>
          <w:tcPr>
            <w:tcW w:w="5011" w:type="dxa"/>
            <w:shd w:val="clear" w:color="auto" w:fill="FFFFFF"/>
            <w:tcMar>
              <w:top w:w="75" w:type="dxa"/>
              <w:left w:w="90" w:type="dxa"/>
              <w:bottom w:w="70" w:type="dxa"/>
              <w:right w:w="90" w:type="dxa"/>
            </w:tcMar>
          </w:tcPr>
          <w:p w14:paraId="24C36C06" w14:textId="77777777" w:rsidR="008167CC" w:rsidRPr="00852796" w:rsidRDefault="00000000">
            <w:pPr>
              <w:spacing w:after="20"/>
              <w:rPr>
                <w:sz w:val="22"/>
              </w:rPr>
            </w:pPr>
            <w:r w:rsidRPr="00852796">
              <w:rPr>
                <w:b/>
                <w:color w:val="24494C"/>
                <w:sz w:val="22"/>
              </w:rPr>
              <w:t>6. Program / Training Start Date</w:t>
            </w:r>
          </w:p>
          <w:p w14:paraId="7813F3A0" w14:textId="77777777" w:rsidR="008167CC" w:rsidRPr="00852796" w:rsidRDefault="00000000">
            <w:pPr>
              <w:spacing w:after="0"/>
              <w:rPr>
                <w:sz w:val="22"/>
              </w:rPr>
            </w:pPr>
            <w:r w:rsidRPr="00852796">
              <w:rPr>
                <w:color w:val="919191"/>
                <w:sz w:val="22"/>
              </w:rPr>
              <w:t>Click or tap here to enter date.</w:t>
            </w:r>
          </w:p>
        </w:tc>
        <w:tc>
          <w:tcPr>
            <w:tcW w:w="5011" w:type="dxa"/>
            <w:shd w:val="clear" w:color="auto" w:fill="FFFFFF"/>
            <w:tcMar>
              <w:top w:w="75" w:type="dxa"/>
              <w:left w:w="90" w:type="dxa"/>
              <w:bottom w:w="70" w:type="dxa"/>
              <w:right w:w="90" w:type="dxa"/>
            </w:tcMar>
          </w:tcPr>
          <w:p w14:paraId="30762BF9" w14:textId="77777777" w:rsidR="008167CC" w:rsidRPr="00852796" w:rsidRDefault="00000000">
            <w:pPr>
              <w:spacing w:after="20"/>
              <w:rPr>
                <w:sz w:val="22"/>
              </w:rPr>
            </w:pPr>
            <w:r w:rsidRPr="00852796">
              <w:rPr>
                <w:b/>
                <w:color w:val="24494C"/>
                <w:sz w:val="22"/>
              </w:rPr>
              <w:t>7. Expected Completion Date</w:t>
            </w:r>
          </w:p>
          <w:p w14:paraId="4081CA32" w14:textId="77777777" w:rsidR="008167CC" w:rsidRPr="00852796" w:rsidRDefault="00000000">
            <w:pPr>
              <w:spacing w:after="0"/>
              <w:rPr>
                <w:sz w:val="22"/>
              </w:rPr>
            </w:pPr>
            <w:r w:rsidRPr="00852796">
              <w:rPr>
                <w:color w:val="919191"/>
                <w:sz w:val="22"/>
              </w:rPr>
              <w:t>Click or tap here to enter date.</w:t>
            </w:r>
          </w:p>
        </w:tc>
      </w:tr>
    </w:tbl>
    <w:p w14:paraId="2459AC3C" w14:textId="77777777" w:rsidR="008167CC" w:rsidRPr="00852796" w:rsidRDefault="008167CC">
      <w:pPr>
        <w:spacing w:after="20"/>
        <w:rPr>
          <w:sz w:val="22"/>
        </w:rPr>
      </w:pPr>
    </w:p>
    <w:p w14:paraId="1F314C85" w14:textId="017BC20B" w:rsidR="008167CC" w:rsidRPr="00852796" w:rsidRDefault="00000000">
      <w:pPr>
        <w:keepNext/>
        <w:spacing w:before="40" w:after="30" w:line="240" w:lineRule="auto"/>
        <w:rPr>
          <w:sz w:val="22"/>
        </w:rPr>
      </w:pPr>
      <w:r w:rsidRPr="00852796">
        <w:rPr>
          <w:b/>
          <w:color w:val="24494C"/>
          <w:sz w:val="22"/>
        </w:rPr>
        <w:t>8. Will you be studying or training:</w:t>
      </w:r>
      <w:r w:rsidRPr="00852796">
        <w:rPr>
          <w:i/>
          <w:sz w:val="22"/>
        </w:rPr>
        <w:t xml:space="preserve"> Select the option that best fits.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41"/>
        <w:gridCol w:w="5141"/>
      </w:tblGrid>
      <w:tr w:rsidR="008167CC" w:rsidRPr="00852796" w14:paraId="55827285" w14:textId="77777777">
        <w:trPr>
          <w:cantSplit/>
          <w:jc w:val="center"/>
        </w:trPr>
        <w:tc>
          <w:tcPr>
            <w:tcW w:w="5141" w:type="dxa"/>
            <w:tcMar>
              <w:top w:w="15" w:type="dxa"/>
              <w:left w:w="35" w:type="dxa"/>
              <w:bottom w:w="15" w:type="dxa"/>
              <w:right w:w="35" w:type="dxa"/>
            </w:tcMar>
          </w:tcPr>
          <w:p w14:paraId="4151522C" w14:textId="54F43DB2" w:rsidR="008167CC" w:rsidRPr="00852796" w:rsidRDefault="00000000">
            <w:pPr>
              <w:spacing w:after="0"/>
              <w:rPr>
                <w:sz w:val="22"/>
              </w:rPr>
            </w:pPr>
            <w:sdt>
              <w:sdtPr>
                <w:rPr>
                  <w:sz w:val="22"/>
                </w:rPr>
                <w:id w:val="1826004082"/>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sidRPr="00852796">
              <w:rPr>
                <w:sz w:val="22"/>
              </w:rPr>
              <w:t xml:space="preserve"> Full-time</w:t>
            </w:r>
          </w:p>
        </w:tc>
        <w:tc>
          <w:tcPr>
            <w:tcW w:w="5141" w:type="dxa"/>
            <w:tcMar>
              <w:top w:w="15" w:type="dxa"/>
              <w:left w:w="35" w:type="dxa"/>
              <w:bottom w:w="15" w:type="dxa"/>
              <w:right w:w="35" w:type="dxa"/>
            </w:tcMar>
          </w:tcPr>
          <w:p w14:paraId="67CA433D" w14:textId="13C4A1B6" w:rsidR="008167CC" w:rsidRPr="00852796" w:rsidRDefault="00000000">
            <w:pPr>
              <w:spacing w:after="0"/>
              <w:rPr>
                <w:sz w:val="22"/>
              </w:rPr>
            </w:pPr>
            <w:sdt>
              <w:sdtPr>
                <w:rPr>
                  <w:sz w:val="22"/>
                </w:rPr>
                <w:id w:val="1565755335"/>
                <w14:checkbox>
                  <w14:checked w14:val="0"/>
                  <w14:checkedState w14:val="2612" w14:font="MS Gothic"/>
                  <w14:uncheckedState w14:val="2610" w14:font="MS Gothic"/>
                </w14:checkbox>
              </w:sdtPr>
              <w:sdtContent>
                <w:r w:rsidR="006C477B">
                  <w:rPr>
                    <w:rFonts w:ascii="MS Gothic" w:eastAsia="MS Gothic" w:hAnsi="MS Gothic" w:hint="eastAsia"/>
                    <w:sz w:val="22"/>
                  </w:rPr>
                  <w:t>☐</w:t>
                </w:r>
              </w:sdtContent>
            </w:sdt>
            <w:r w:rsidR="00852796" w:rsidRPr="00852796">
              <w:rPr>
                <w:sz w:val="22"/>
              </w:rPr>
              <w:t xml:space="preserve"> Part-time</w:t>
            </w:r>
          </w:p>
        </w:tc>
      </w:tr>
      <w:tr w:rsidR="008167CC" w:rsidRPr="00852796" w14:paraId="7694547D" w14:textId="77777777">
        <w:trPr>
          <w:cantSplit/>
          <w:jc w:val="center"/>
        </w:trPr>
        <w:tc>
          <w:tcPr>
            <w:tcW w:w="5141" w:type="dxa"/>
            <w:tcMar>
              <w:top w:w="15" w:type="dxa"/>
              <w:left w:w="35" w:type="dxa"/>
              <w:bottom w:w="15" w:type="dxa"/>
              <w:right w:w="35" w:type="dxa"/>
            </w:tcMar>
          </w:tcPr>
          <w:p w14:paraId="08703FB9" w14:textId="276FBD26" w:rsidR="008167CC" w:rsidRPr="00852796" w:rsidRDefault="00000000">
            <w:pPr>
              <w:spacing w:after="0"/>
              <w:rPr>
                <w:sz w:val="22"/>
              </w:rPr>
            </w:pPr>
            <w:sdt>
              <w:sdtPr>
                <w:rPr>
                  <w:sz w:val="22"/>
                </w:rPr>
                <w:id w:val="-1801906758"/>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sidRPr="00852796">
              <w:rPr>
                <w:sz w:val="22"/>
              </w:rPr>
              <w:t xml:space="preserve"> </w:t>
            </w:r>
            <w:r w:rsidR="007531E5">
              <w:rPr>
                <w:sz w:val="22"/>
              </w:rPr>
              <w:t>Apprenticeship</w:t>
            </w:r>
            <w:r w:rsidR="00852796" w:rsidRPr="00852796">
              <w:rPr>
                <w:sz w:val="22"/>
              </w:rPr>
              <w:t xml:space="preserve"> / work-based training</w:t>
            </w:r>
          </w:p>
        </w:tc>
        <w:tc>
          <w:tcPr>
            <w:tcW w:w="5141" w:type="dxa"/>
            <w:tcMar>
              <w:top w:w="15" w:type="dxa"/>
              <w:left w:w="35" w:type="dxa"/>
              <w:bottom w:w="15" w:type="dxa"/>
              <w:right w:w="35" w:type="dxa"/>
            </w:tcMar>
          </w:tcPr>
          <w:p w14:paraId="554942CB" w14:textId="4FA0ECF1" w:rsidR="008167CC" w:rsidRPr="00852796" w:rsidRDefault="00000000">
            <w:pPr>
              <w:spacing w:after="0"/>
              <w:rPr>
                <w:sz w:val="22"/>
              </w:rPr>
            </w:pPr>
            <w:sdt>
              <w:sdtPr>
                <w:rPr>
                  <w:sz w:val="22"/>
                </w:rPr>
                <w:id w:val="140238289"/>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sidRPr="00852796">
              <w:rPr>
                <w:sz w:val="22"/>
              </w:rPr>
              <w:t xml:space="preserve"> Other: __________________________</w:t>
            </w:r>
            <w:r w:rsidR="007531E5">
              <w:rPr>
                <w:sz w:val="22"/>
              </w:rPr>
              <w:br/>
            </w:r>
          </w:p>
        </w:tc>
      </w:tr>
    </w:tbl>
    <w:p w14:paraId="337A2B15" w14:textId="77777777" w:rsidR="008167CC" w:rsidRPr="00852796" w:rsidRDefault="00000000">
      <w:pPr>
        <w:keepNext/>
        <w:spacing w:before="40" w:after="30" w:line="240" w:lineRule="auto"/>
        <w:rPr>
          <w:sz w:val="22"/>
        </w:rPr>
      </w:pPr>
      <w:r w:rsidRPr="00852796">
        <w:rPr>
          <w:b/>
          <w:color w:val="24494C"/>
          <w:sz w:val="22"/>
        </w:rPr>
        <w:t>9. What year, level or stage of your program are you entering?</w:t>
      </w:r>
      <w:r w:rsidRPr="00852796">
        <w:rPr>
          <w:i/>
          <w:sz w:val="22"/>
        </w:rPr>
        <w:t xml:space="preserve">  If applicable.</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0282"/>
      </w:tblGrid>
      <w:tr w:rsidR="008167CC" w:rsidRPr="00852796" w14:paraId="018FF1FA" w14:textId="77777777">
        <w:trPr>
          <w:cantSplit/>
          <w:trHeight w:val="490"/>
          <w:jc w:val="center"/>
        </w:trPr>
        <w:tc>
          <w:tcPr>
            <w:tcW w:w="10282" w:type="dxa"/>
            <w:shd w:val="clear" w:color="auto" w:fill="FFFFFF"/>
            <w:tcMar>
              <w:top w:w="65" w:type="dxa"/>
              <w:left w:w="95" w:type="dxa"/>
              <w:bottom w:w="65" w:type="dxa"/>
              <w:right w:w="95" w:type="dxa"/>
            </w:tcMar>
          </w:tcPr>
          <w:p w14:paraId="70D39F37" w14:textId="77777777" w:rsidR="008167CC" w:rsidRPr="00852796" w:rsidRDefault="00000000">
            <w:pPr>
              <w:spacing w:after="0"/>
              <w:rPr>
                <w:sz w:val="22"/>
              </w:rPr>
            </w:pPr>
            <w:r w:rsidRPr="00852796">
              <w:rPr>
                <w:color w:val="919191"/>
                <w:sz w:val="22"/>
              </w:rPr>
              <w:t>Click or tap here to enter text.</w:t>
            </w:r>
          </w:p>
        </w:tc>
      </w:tr>
    </w:tbl>
    <w:p w14:paraId="0A42B401" w14:textId="77777777" w:rsidR="008167CC" w:rsidRPr="00852796" w:rsidRDefault="008167CC">
      <w:pPr>
        <w:spacing w:after="40"/>
        <w:rPr>
          <w:sz w:val="22"/>
        </w:rPr>
      </w:pPr>
    </w:p>
    <w:p w14:paraId="3C0035F9" w14:textId="77777777" w:rsidR="008167CC" w:rsidRPr="00852796" w:rsidRDefault="00000000">
      <w:pPr>
        <w:keepNext/>
        <w:spacing w:before="40" w:after="30" w:line="240" w:lineRule="auto"/>
        <w:rPr>
          <w:sz w:val="22"/>
        </w:rPr>
      </w:pPr>
      <w:r w:rsidRPr="00852796">
        <w:rPr>
          <w:b/>
          <w:color w:val="24494C"/>
          <w:sz w:val="22"/>
        </w:rPr>
        <w:t>10. Do you need upgrading, prerequisite courses, certifications or other training before you can begin or continue your program?</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41"/>
        <w:gridCol w:w="5141"/>
        <w:gridCol w:w="130"/>
      </w:tblGrid>
      <w:tr w:rsidR="008167CC" w:rsidRPr="00852796" w14:paraId="03A071AA" w14:textId="77777777">
        <w:trPr>
          <w:cantSplit/>
          <w:jc w:val="center"/>
        </w:trPr>
        <w:tc>
          <w:tcPr>
            <w:tcW w:w="5141" w:type="dxa"/>
            <w:tcMar>
              <w:top w:w="15" w:type="dxa"/>
              <w:left w:w="35" w:type="dxa"/>
              <w:bottom w:w="15" w:type="dxa"/>
              <w:right w:w="35" w:type="dxa"/>
            </w:tcMar>
          </w:tcPr>
          <w:p w14:paraId="6F236BDB" w14:textId="48B8E817" w:rsidR="008167CC" w:rsidRPr="00852796" w:rsidRDefault="00000000">
            <w:pPr>
              <w:spacing w:after="0"/>
              <w:rPr>
                <w:sz w:val="22"/>
              </w:rPr>
            </w:pPr>
            <w:sdt>
              <w:sdtPr>
                <w:rPr>
                  <w:sz w:val="22"/>
                </w:rPr>
                <w:id w:val="-1249104935"/>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sidRPr="00852796">
              <w:rPr>
                <w:sz w:val="22"/>
              </w:rPr>
              <w:t xml:space="preserve"> No</w:t>
            </w:r>
          </w:p>
        </w:tc>
        <w:tc>
          <w:tcPr>
            <w:tcW w:w="5141" w:type="dxa"/>
            <w:gridSpan w:val="2"/>
            <w:tcMar>
              <w:top w:w="15" w:type="dxa"/>
              <w:left w:w="35" w:type="dxa"/>
              <w:bottom w:w="15" w:type="dxa"/>
              <w:right w:w="35" w:type="dxa"/>
            </w:tcMar>
          </w:tcPr>
          <w:p w14:paraId="3CEDA359" w14:textId="203D1D1D" w:rsidR="008167CC" w:rsidRPr="00852796" w:rsidRDefault="00000000">
            <w:pPr>
              <w:spacing w:after="0"/>
              <w:rPr>
                <w:sz w:val="22"/>
              </w:rPr>
            </w:pPr>
            <w:sdt>
              <w:sdtPr>
                <w:rPr>
                  <w:sz w:val="22"/>
                </w:rPr>
                <w:id w:val="1773970627"/>
                <w14:checkbox>
                  <w14:checked w14:val="0"/>
                  <w14:checkedState w14:val="2612" w14:font="MS Gothic"/>
                  <w14:uncheckedState w14:val="2610" w14:font="MS Gothic"/>
                </w14:checkbox>
              </w:sdtPr>
              <w:sdtContent>
                <w:r w:rsidR="006C477B">
                  <w:rPr>
                    <w:rFonts w:ascii="MS Gothic" w:eastAsia="MS Gothic" w:hAnsi="MS Gothic" w:hint="eastAsia"/>
                    <w:sz w:val="22"/>
                  </w:rPr>
                  <w:t>☐</w:t>
                </w:r>
              </w:sdtContent>
            </w:sdt>
            <w:r w:rsidR="00852796" w:rsidRPr="00852796">
              <w:rPr>
                <w:sz w:val="22"/>
              </w:rPr>
              <w:t xml:space="preserve"> Yes - briefly describe below</w:t>
            </w:r>
          </w:p>
        </w:tc>
      </w:tr>
      <w:tr w:rsidR="008167CC" w:rsidRPr="00852796" w14:paraId="3F46F31D" w14:textId="77777777">
        <w:trPr>
          <w:gridAfter w:val="1"/>
          <w:wAfter w:w="130" w:type="dxa"/>
          <w:cantSplit/>
          <w:trHeight w:val="490"/>
          <w:jc w:val="center"/>
        </w:trPr>
        <w:tc>
          <w:tcPr>
            <w:tcW w:w="10282" w:type="dxa"/>
            <w:gridSpan w:val="2"/>
            <w:shd w:val="clear" w:color="auto" w:fill="FFFFFF"/>
            <w:tcMar>
              <w:top w:w="65" w:type="dxa"/>
              <w:left w:w="95" w:type="dxa"/>
              <w:bottom w:w="65" w:type="dxa"/>
              <w:right w:w="95" w:type="dxa"/>
            </w:tcMar>
          </w:tcPr>
          <w:p w14:paraId="3D35428D" w14:textId="77777777" w:rsidR="008167CC" w:rsidRPr="00852796" w:rsidRDefault="00000000">
            <w:pPr>
              <w:spacing w:after="0"/>
              <w:rPr>
                <w:sz w:val="22"/>
              </w:rPr>
            </w:pPr>
            <w:r w:rsidRPr="00852796">
              <w:rPr>
                <w:color w:val="919191"/>
                <w:sz w:val="22"/>
              </w:rPr>
              <w:t>Click or tap here to enter text.</w:t>
            </w:r>
          </w:p>
        </w:tc>
      </w:tr>
    </w:tbl>
    <w:p w14:paraId="1FE97BD9" w14:textId="77777777" w:rsidR="008167CC" w:rsidRDefault="008167CC">
      <w:pPr>
        <w:spacing w:after="40"/>
      </w:pPr>
    </w:p>
    <w:p w14:paraId="5B410547" w14:textId="77777777" w:rsidR="008167CC" w:rsidRDefault="00000000">
      <w:pPr>
        <w:pStyle w:val="Heading1"/>
        <w:spacing w:before="60" w:after="20"/>
      </w:pPr>
      <w:r>
        <w:rPr>
          <w:rFonts w:ascii="Calibri" w:hAnsi="Calibri"/>
        </w:rPr>
        <w:lastRenderedPageBreak/>
        <w:t>Your Funding Request</w:t>
      </w:r>
    </w:p>
    <w:p w14:paraId="68745FA3" w14:textId="77777777" w:rsidR="008167CC" w:rsidRPr="007531E5" w:rsidRDefault="00000000">
      <w:pPr>
        <w:keepNext/>
        <w:spacing w:before="60" w:after="30" w:line="240" w:lineRule="auto"/>
        <w:rPr>
          <w:sz w:val="24"/>
          <w:szCs w:val="28"/>
        </w:rPr>
      </w:pPr>
      <w:r w:rsidRPr="007531E5">
        <w:rPr>
          <w:b/>
          <w:color w:val="24494C"/>
          <w:sz w:val="22"/>
          <w:szCs w:val="28"/>
        </w:rPr>
        <w:t>11. How much funding are you requesting from Weaving Roots Foundation?</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0282"/>
      </w:tblGrid>
      <w:tr w:rsidR="008167CC" w14:paraId="5481C940" w14:textId="77777777">
        <w:trPr>
          <w:cantSplit/>
          <w:trHeight w:val="475"/>
          <w:jc w:val="center"/>
        </w:trPr>
        <w:tc>
          <w:tcPr>
            <w:tcW w:w="10282" w:type="dxa"/>
            <w:shd w:val="clear" w:color="auto" w:fill="FFFFFF"/>
            <w:tcMar>
              <w:top w:w="65" w:type="dxa"/>
              <w:left w:w="95" w:type="dxa"/>
              <w:bottom w:w="65" w:type="dxa"/>
              <w:right w:w="95" w:type="dxa"/>
            </w:tcMar>
          </w:tcPr>
          <w:p w14:paraId="5385F12A" w14:textId="77777777" w:rsidR="008167CC" w:rsidRPr="007531E5" w:rsidRDefault="00000000">
            <w:pPr>
              <w:spacing w:after="0"/>
              <w:rPr>
                <w:sz w:val="22"/>
                <w:szCs w:val="28"/>
              </w:rPr>
            </w:pPr>
            <w:r>
              <w:rPr>
                <w:color w:val="919191"/>
                <w:sz w:val="18"/>
              </w:rPr>
              <w:t>$</w:t>
            </w:r>
          </w:p>
        </w:tc>
      </w:tr>
    </w:tbl>
    <w:p w14:paraId="121272CC" w14:textId="77777777" w:rsidR="008167CC" w:rsidRDefault="008167CC">
      <w:pPr>
        <w:spacing w:after="40"/>
      </w:pPr>
    </w:p>
    <w:p w14:paraId="68CAA7B7" w14:textId="77777777" w:rsidR="008167CC" w:rsidRPr="00852796" w:rsidRDefault="00000000">
      <w:pPr>
        <w:keepNext/>
        <w:spacing w:before="40" w:after="30" w:line="240" w:lineRule="auto"/>
        <w:rPr>
          <w:sz w:val="22"/>
        </w:rPr>
      </w:pPr>
      <w:r w:rsidRPr="00852796">
        <w:rPr>
          <w:b/>
          <w:color w:val="24494C"/>
          <w:sz w:val="22"/>
        </w:rPr>
        <w:t>12. What would you use the bursary for?</w:t>
      </w:r>
      <w:r w:rsidRPr="00852796">
        <w:rPr>
          <w:i/>
          <w:sz w:val="22"/>
        </w:rPr>
        <w:t xml:space="preserve">  Select all that apply.</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41"/>
        <w:gridCol w:w="5141"/>
      </w:tblGrid>
      <w:tr w:rsidR="008167CC" w:rsidRPr="00852796" w14:paraId="21A4F43E" w14:textId="77777777">
        <w:trPr>
          <w:cantSplit/>
          <w:jc w:val="center"/>
        </w:trPr>
        <w:tc>
          <w:tcPr>
            <w:tcW w:w="5141" w:type="dxa"/>
            <w:tcMar>
              <w:top w:w="10" w:type="dxa"/>
              <w:left w:w="25" w:type="dxa"/>
              <w:bottom w:w="10" w:type="dxa"/>
              <w:right w:w="25" w:type="dxa"/>
            </w:tcMar>
          </w:tcPr>
          <w:p w14:paraId="41910CBE" w14:textId="5B118AB2" w:rsidR="008167CC" w:rsidRPr="00852796" w:rsidRDefault="00000000">
            <w:pPr>
              <w:spacing w:after="0"/>
              <w:rPr>
                <w:sz w:val="22"/>
              </w:rPr>
            </w:pPr>
            <w:sdt>
              <w:sdtPr>
                <w:rPr>
                  <w:sz w:val="22"/>
                </w:rPr>
                <w:id w:val="1727491703"/>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sidRPr="00852796">
              <w:rPr>
                <w:sz w:val="22"/>
              </w:rPr>
              <w:t xml:space="preserve">  Tuition or program fees</w:t>
            </w:r>
          </w:p>
        </w:tc>
        <w:tc>
          <w:tcPr>
            <w:tcW w:w="5141" w:type="dxa"/>
            <w:tcMar>
              <w:top w:w="10" w:type="dxa"/>
              <w:left w:w="25" w:type="dxa"/>
              <w:bottom w:w="10" w:type="dxa"/>
              <w:right w:w="25" w:type="dxa"/>
            </w:tcMar>
          </w:tcPr>
          <w:p w14:paraId="74A2B920" w14:textId="55E805F5" w:rsidR="008167CC" w:rsidRPr="00852796" w:rsidRDefault="00000000">
            <w:pPr>
              <w:spacing w:after="0"/>
              <w:rPr>
                <w:sz w:val="22"/>
              </w:rPr>
            </w:pPr>
            <w:sdt>
              <w:sdtPr>
                <w:rPr>
                  <w:sz w:val="22"/>
                </w:rPr>
                <w:id w:val="593208398"/>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sidRPr="00852796">
              <w:rPr>
                <w:sz w:val="22"/>
              </w:rPr>
              <w:t xml:space="preserve">  Books and course materials</w:t>
            </w:r>
          </w:p>
        </w:tc>
      </w:tr>
      <w:tr w:rsidR="008167CC" w:rsidRPr="00852796" w14:paraId="49F9A791" w14:textId="77777777">
        <w:trPr>
          <w:cantSplit/>
          <w:jc w:val="center"/>
        </w:trPr>
        <w:tc>
          <w:tcPr>
            <w:tcW w:w="5141" w:type="dxa"/>
            <w:tcMar>
              <w:top w:w="10" w:type="dxa"/>
              <w:left w:w="25" w:type="dxa"/>
              <w:bottom w:w="10" w:type="dxa"/>
              <w:right w:w="25" w:type="dxa"/>
            </w:tcMar>
          </w:tcPr>
          <w:p w14:paraId="503AAC7D" w14:textId="2386CAEA" w:rsidR="008167CC" w:rsidRPr="00852796" w:rsidRDefault="00000000">
            <w:pPr>
              <w:spacing w:after="0"/>
              <w:rPr>
                <w:sz w:val="22"/>
              </w:rPr>
            </w:pPr>
            <w:sdt>
              <w:sdtPr>
                <w:rPr>
                  <w:sz w:val="22"/>
                </w:rPr>
                <w:id w:val="-2093075649"/>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sidRPr="00852796">
              <w:rPr>
                <w:sz w:val="22"/>
              </w:rPr>
              <w:t xml:space="preserve">  Tools, equipment or PPE</w:t>
            </w:r>
          </w:p>
        </w:tc>
        <w:tc>
          <w:tcPr>
            <w:tcW w:w="5141" w:type="dxa"/>
            <w:tcMar>
              <w:top w:w="10" w:type="dxa"/>
              <w:left w:w="25" w:type="dxa"/>
              <w:bottom w:w="10" w:type="dxa"/>
              <w:right w:w="25" w:type="dxa"/>
            </w:tcMar>
          </w:tcPr>
          <w:p w14:paraId="75F81990" w14:textId="5167D642" w:rsidR="008167CC" w:rsidRPr="00852796" w:rsidRDefault="00000000">
            <w:pPr>
              <w:spacing w:after="0"/>
              <w:rPr>
                <w:sz w:val="22"/>
              </w:rPr>
            </w:pPr>
            <w:sdt>
              <w:sdtPr>
                <w:rPr>
                  <w:sz w:val="22"/>
                </w:rPr>
                <w:id w:val="-1530635812"/>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sidRPr="00852796">
              <w:rPr>
                <w:sz w:val="22"/>
              </w:rPr>
              <w:t xml:space="preserve">  Computer, technology or software</w:t>
            </w:r>
          </w:p>
        </w:tc>
      </w:tr>
      <w:tr w:rsidR="008167CC" w:rsidRPr="00852796" w14:paraId="54CEEFCC" w14:textId="77777777">
        <w:trPr>
          <w:cantSplit/>
          <w:jc w:val="center"/>
        </w:trPr>
        <w:tc>
          <w:tcPr>
            <w:tcW w:w="5141" w:type="dxa"/>
            <w:tcMar>
              <w:top w:w="10" w:type="dxa"/>
              <w:left w:w="25" w:type="dxa"/>
              <w:bottom w:w="10" w:type="dxa"/>
              <w:right w:w="25" w:type="dxa"/>
            </w:tcMar>
          </w:tcPr>
          <w:p w14:paraId="099E4211" w14:textId="0C3028C7" w:rsidR="008167CC" w:rsidRPr="00852796" w:rsidRDefault="00000000">
            <w:pPr>
              <w:spacing w:after="0"/>
              <w:rPr>
                <w:sz w:val="22"/>
              </w:rPr>
            </w:pPr>
            <w:sdt>
              <w:sdtPr>
                <w:rPr>
                  <w:sz w:val="22"/>
                </w:rPr>
                <w:id w:val="1743751435"/>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sidRPr="00852796">
              <w:rPr>
                <w:sz w:val="22"/>
              </w:rPr>
              <w:t xml:space="preserve">  Certification, licensing or exam fees</w:t>
            </w:r>
          </w:p>
        </w:tc>
        <w:tc>
          <w:tcPr>
            <w:tcW w:w="5141" w:type="dxa"/>
            <w:tcMar>
              <w:top w:w="10" w:type="dxa"/>
              <w:left w:w="25" w:type="dxa"/>
              <w:bottom w:w="10" w:type="dxa"/>
              <w:right w:w="25" w:type="dxa"/>
            </w:tcMar>
          </w:tcPr>
          <w:p w14:paraId="1759383B" w14:textId="16EAE85A" w:rsidR="008167CC" w:rsidRPr="00852796" w:rsidRDefault="00000000">
            <w:pPr>
              <w:spacing w:after="0"/>
              <w:rPr>
                <w:sz w:val="22"/>
              </w:rPr>
            </w:pPr>
            <w:sdt>
              <w:sdtPr>
                <w:rPr>
                  <w:sz w:val="22"/>
                </w:rPr>
                <w:id w:val="486666298"/>
                <w14:checkbox>
                  <w14:checked w14:val="0"/>
                  <w14:checkedState w14:val="2612" w14:font="MS Gothic"/>
                  <w14:uncheckedState w14:val="2610" w14:font="MS Gothic"/>
                </w14:checkbox>
              </w:sdtPr>
              <w:sdtContent>
                <w:r w:rsidR="006C477B">
                  <w:rPr>
                    <w:rFonts w:ascii="MS Gothic" w:eastAsia="MS Gothic" w:hAnsi="MS Gothic" w:hint="eastAsia"/>
                    <w:sz w:val="22"/>
                  </w:rPr>
                  <w:t>☐</w:t>
                </w:r>
              </w:sdtContent>
            </w:sdt>
            <w:r w:rsidR="00852796" w:rsidRPr="00852796">
              <w:rPr>
                <w:sz w:val="22"/>
              </w:rPr>
              <w:t xml:space="preserve">  Transportation or education-related travel</w:t>
            </w:r>
          </w:p>
        </w:tc>
      </w:tr>
      <w:tr w:rsidR="008167CC" w:rsidRPr="00852796" w14:paraId="48CE9507" w14:textId="77777777">
        <w:trPr>
          <w:cantSplit/>
          <w:jc w:val="center"/>
        </w:trPr>
        <w:tc>
          <w:tcPr>
            <w:tcW w:w="5141" w:type="dxa"/>
            <w:tcMar>
              <w:top w:w="10" w:type="dxa"/>
              <w:left w:w="25" w:type="dxa"/>
              <w:bottom w:w="10" w:type="dxa"/>
              <w:right w:w="25" w:type="dxa"/>
            </w:tcMar>
          </w:tcPr>
          <w:p w14:paraId="21D24013" w14:textId="010DB22B" w:rsidR="008167CC" w:rsidRPr="00852796" w:rsidRDefault="00000000">
            <w:pPr>
              <w:spacing w:after="0"/>
              <w:rPr>
                <w:sz w:val="22"/>
              </w:rPr>
            </w:pPr>
            <w:sdt>
              <w:sdtPr>
                <w:rPr>
                  <w:sz w:val="22"/>
                </w:rPr>
                <w:id w:val="-2135859395"/>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sidRPr="00852796">
              <w:rPr>
                <w:sz w:val="22"/>
              </w:rPr>
              <w:t xml:space="preserve">  Housing or living expenses</w:t>
            </w:r>
          </w:p>
        </w:tc>
        <w:tc>
          <w:tcPr>
            <w:tcW w:w="5141" w:type="dxa"/>
            <w:tcMar>
              <w:top w:w="10" w:type="dxa"/>
              <w:left w:w="25" w:type="dxa"/>
              <w:bottom w:w="10" w:type="dxa"/>
              <w:right w:w="25" w:type="dxa"/>
            </w:tcMar>
          </w:tcPr>
          <w:p w14:paraId="19F0E003" w14:textId="6A22F142" w:rsidR="008167CC" w:rsidRPr="00852796" w:rsidRDefault="00000000">
            <w:pPr>
              <w:spacing w:after="0"/>
              <w:rPr>
                <w:sz w:val="22"/>
              </w:rPr>
            </w:pPr>
            <w:sdt>
              <w:sdtPr>
                <w:rPr>
                  <w:sz w:val="22"/>
                </w:rPr>
                <w:id w:val="-1497482702"/>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sidRPr="00852796">
              <w:rPr>
                <w:sz w:val="22"/>
              </w:rPr>
              <w:t xml:space="preserve">  Childcare or dependent-care costs</w:t>
            </w:r>
          </w:p>
        </w:tc>
      </w:tr>
      <w:tr w:rsidR="008167CC" w:rsidRPr="00852796" w14:paraId="4D629B91" w14:textId="77777777">
        <w:trPr>
          <w:cantSplit/>
          <w:jc w:val="center"/>
        </w:trPr>
        <w:tc>
          <w:tcPr>
            <w:tcW w:w="5141" w:type="dxa"/>
            <w:tcMar>
              <w:top w:w="10" w:type="dxa"/>
              <w:left w:w="25" w:type="dxa"/>
              <w:bottom w:w="10" w:type="dxa"/>
              <w:right w:w="25" w:type="dxa"/>
            </w:tcMar>
          </w:tcPr>
          <w:p w14:paraId="38380163" w14:textId="3D25F5EE" w:rsidR="008167CC" w:rsidRPr="00852796" w:rsidRDefault="00000000">
            <w:pPr>
              <w:spacing w:after="0"/>
              <w:rPr>
                <w:sz w:val="22"/>
              </w:rPr>
            </w:pPr>
            <w:sdt>
              <w:sdtPr>
                <w:rPr>
                  <w:sz w:val="22"/>
                </w:rPr>
                <w:id w:val="123510677"/>
                <w14:checkbox>
                  <w14:checked w14:val="0"/>
                  <w14:checkedState w14:val="2612" w14:font="MS Gothic"/>
                  <w14:uncheckedState w14:val="2610" w14:font="MS Gothic"/>
                </w14:checkbox>
              </w:sdtPr>
              <w:sdtContent>
                <w:r w:rsidR="007531E5">
                  <w:rPr>
                    <w:rFonts w:ascii="MS Gothic" w:eastAsia="MS Gothic" w:hAnsi="MS Gothic" w:hint="eastAsia"/>
                    <w:sz w:val="22"/>
                  </w:rPr>
                  <w:t>☐</w:t>
                </w:r>
              </w:sdtContent>
            </w:sdt>
            <w:r w:rsidR="00852796" w:rsidRPr="00852796">
              <w:rPr>
                <w:sz w:val="22"/>
              </w:rPr>
              <w:t xml:space="preserve">  Upgrading or prerequisite training</w:t>
            </w:r>
          </w:p>
        </w:tc>
        <w:tc>
          <w:tcPr>
            <w:tcW w:w="5141" w:type="dxa"/>
            <w:tcMar>
              <w:top w:w="10" w:type="dxa"/>
              <w:left w:w="25" w:type="dxa"/>
              <w:bottom w:w="10" w:type="dxa"/>
              <w:right w:w="25" w:type="dxa"/>
            </w:tcMar>
          </w:tcPr>
          <w:p w14:paraId="579A169E" w14:textId="79B674E3" w:rsidR="008167CC" w:rsidRPr="00852796" w:rsidRDefault="00000000">
            <w:pPr>
              <w:spacing w:after="0"/>
              <w:rPr>
                <w:sz w:val="22"/>
              </w:rPr>
            </w:pPr>
            <w:sdt>
              <w:sdtPr>
                <w:rPr>
                  <w:sz w:val="22"/>
                </w:rPr>
                <w:id w:val="-1941912047"/>
                <w14:checkbox>
                  <w14:checked w14:val="0"/>
                  <w14:checkedState w14:val="2612" w14:font="MS Gothic"/>
                  <w14:uncheckedState w14:val="2610" w14:font="MS Gothic"/>
                </w14:checkbox>
              </w:sdtPr>
              <w:sdtContent>
                <w:r w:rsidR="00852796">
                  <w:rPr>
                    <w:rFonts w:ascii="MS Gothic" w:eastAsia="MS Gothic" w:hAnsi="MS Gothic" w:hint="eastAsia"/>
                    <w:sz w:val="22"/>
                  </w:rPr>
                  <w:t>☐</w:t>
                </w:r>
              </w:sdtContent>
            </w:sdt>
            <w:r w:rsidR="00852796" w:rsidRPr="00852796">
              <w:rPr>
                <w:sz w:val="22"/>
              </w:rPr>
              <w:t xml:space="preserve">  Other: __________________________</w:t>
            </w:r>
          </w:p>
        </w:tc>
      </w:tr>
    </w:tbl>
    <w:p w14:paraId="2EE9FC99" w14:textId="48BDEC38" w:rsidR="008167CC" w:rsidRPr="00852796" w:rsidRDefault="008167CC" w:rsidP="00852796">
      <w:pPr>
        <w:spacing w:after="0"/>
        <w:rPr>
          <w:sz w:val="22"/>
        </w:rPr>
      </w:pPr>
    </w:p>
    <w:p w14:paraId="618C493B" w14:textId="77777777" w:rsidR="008167CC" w:rsidRPr="00852796" w:rsidRDefault="00000000">
      <w:pPr>
        <w:keepNext/>
        <w:spacing w:before="60" w:after="30" w:line="240" w:lineRule="auto"/>
        <w:rPr>
          <w:sz w:val="22"/>
        </w:rPr>
      </w:pPr>
      <w:r w:rsidRPr="00852796">
        <w:rPr>
          <w:b/>
          <w:color w:val="24494C"/>
          <w:sz w:val="22"/>
        </w:rPr>
        <w:t>13. Approximately what will your education or training cost for the upcoming term or academic year?</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0282"/>
      </w:tblGrid>
      <w:tr w:rsidR="008167CC" w:rsidRPr="00852796" w14:paraId="4AC4878A" w14:textId="77777777">
        <w:trPr>
          <w:cantSplit/>
          <w:trHeight w:val="475"/>
          <w:jc w:val="center"/>
        </w:trPr>
        <w:tc>
          <w:tcPr>
            <w:tcW w:w="10282" w:type="dxa"/>
            <w:shd w:val="clear" w:color="auto" w:fill="FFFFFF"/>
            <w:tcMar>
              <w:top w:w="65" w:type="dxa"/>
              <w:left w:w="95" w:type="dxa"/>
              <w:bottom w:w="65" w:type="dxa"/>
              <w:right w:w="95" w:type="dxa"/>
            </w:tcMar>
          </w:tcPr>
          <w:p w14:paraId="5DE2397E" w14:textId="77777777" w:rsidR="008167CC" w:rsidRPr="00852796" w:rsidRDefault="00000000">
            <w:pPr>
              <w:spacing w:after="0"/>
              <w:rPr>
                <w:sz w:val="22"/>
              </w:rPr>
            </w:pPr>
            <w:r w:rsidRPr="00852796">
              <w:rPr>
                <w:color w:val="919191"/>
                <w:sz w:val="22"/>
              </w:rPr>
              <w:t>$</w:t>
            </w:r>
          </w:p>
        </w:tc>
      </w:tr>
    </w:tbl>
    <w:p w14:paraId="7090A121" w14:textId="77777777" w:rsidR="008167CC" w:rsidRPr="00852796" w:rsidRDefault="008167CC">
      <w:pPr>
        <w:spacing w:after="40"/>
        <w:rPr>
          <w:sz w:val="22"/>
        </w:rPr>
      </w:pPr>
    </w:p>
    <w:p w14:paraId="778273AF" w14:textId="77777777" w:rsidR="008167CC" w:rsidRPr="00852796" w:rsidRDefault="00000000">
      <w:pPr>
        <w:keepNext/>
        <w:spacing w:before="60" w:after="30" w:line="240" w:lineRule="auto"/>
        <w:rPr>
          <w:sz w:val="22"/>
        </w:rPr>
      </w:pPr>
      <w:r w:rsidRPr="00852796">
        <w:rPr>
          <w:b/>
          <w:color w:val="24494C"/>
          <w:sz w:val="22"/>
        </w:rPr>
        <w:t>14. Do you have other funding confirmed or pending for your education or training?</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3427"/>
        <w:gridCol w:w="3427"/>
        <w:gridCol w:w="3427"/>
      </w:tblGrid>
      <w:tr w:rsidR="008167CC" w:rsidRPr="00852796" w14:paraId="427300EF" w14:textId="77777777">
        <w:trPr>
          <w:cantSplit/>
          <w:jc w:val="center"/>
        </w:trPr>
        <w:tc>
          <w:tcPr>
            <w:tcW w:w="3427" w:type="dxa"/>
            <w:tcMar>
              <w:top w:w="10" w:type="dxa"/>
              <w:left w:w="25" w:type="dxa"/>
              <w:bottom w:w="10" w:type="dxa"/>
              <w:right w:w="25" w:type="dxa"/>
            </w:tcMar>
          </w:tcPr>
          <w:p w14:paraId="629CF4C9" w14:textId="03EA620B" w:rsidR="008167CC" w:rsidRPr="00852796" w:rsidRDefault="007531E5">
            <w:pPr>
              <w:spacing w:after="0"/>
              <w:rPr>
                <w:sz w:val="22"/>
              </w:rPr>
            </w:pPr>
            <w:sdt>
              <w:sdtPr>
                <w:rPr>
                  <w:sz w:val="22"/>
                </w:rPr>
                <w:id w:val="-39004192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00000000" w:rsidRPr="00852796">
              <w:rPr>
                <w:sz w:val="22"/>
              </w:rPr>
              <w:t xml:space="preserve">  No</w:t>
            </w:r>
          </w:p>
        </w:tc>
        <w:tc>
          <w:tcPr>
            <w:tcW w:w="3427" w:type="dxa"/>
            <w:tcMar>
              <w:top w:w="10" w:type="dxa"/>
              <w:left w:w="25" w:type="dxa"/>
              <w:bottom w:w="10" w:type="dxa"/>
              <w:right w:w="25" w:type="dxa"/>
            </w:tcMar>
          </w:tcPr>
          <w:p w14:paraId="3A67B8BC" w14:textId="15AA12EB" w:rsidR="008167CC" w:rsidRPr="00852796" w:rsidRDefault="007531E5">
            <w:pPr>
              <w:spacing w:after="0"/>
              <w:rPr>
                <w:sz w:val="22"/>
              </w:rPr>
            </w:pPr>
            <w:sdt>
              <w:sdtPr>
                <w:rPr>
                  <w:sz w:val="22"/>
                </w:rPr>
                <w:id w:val="1369951696"/>
                <w14:checkbox>
                  <w14:checked w14:val="0"/>
                  <w14:checkedState w14:val="2612" w14:font="MS Gothic"/>
                  <w14:uncheckedState w14:val="2610" w14:font="MS Gothic"/>
                </w14:checkbox>
              </w:sdtPr>
              <w:sdtContent>
                <w:r w:rsidR="006C477B">
                  <w:rPr>
                    <w:rFonts w:ascii="MS Gothic" w:eastAsia="MS Gothic" w:hAnsi="MS Gothic" w:hint="eastAsia"/>
                    <w:sz w:val="22"/>
                  </w:rPr>
                  <w:t>☐</w:t>
                </w:r>
              </w:sdtContent>
            </w:sdt>
            <w:r w:rsidR="00000000" w:rsidRPr="00852796">
              <w:rPr>
                <w:sz w:val="22"/>
              </w:rPr>
              <w:t xml:space="preserve">  Yes - confirmed</w:t>
            </w:r>
          </w:p>
        </w:tc>
        <w:tc>
          <w:tcPr>
            <w:tcW w:w="3427" w:type="dxa"/>
            <w:tcMar>
              <w:top w:w="10" w:type="dxa"/>
              <w:left w:w="25" w:type="dxa"/>
              <w:bottom w:w="10" w:type="dxa"/>
              <w:right w:w="25" w:type="dxa"/>
            </w:tcMar>
          </w:tcPr>
          <w:p w14:paraId="3826C57C" w14:textId="6D4B579E" w:rsidR="008167CC" w:rsidRPr="00852796" w:rsidRDefault="007531E5">
            <w:pPr>
              <w:spacing w:after="0"/>
              <w:rPr>
                <w:sz w:val="22"/>
              </w:rPr>
            </w:pPr>
            <w:sdt>
              <w:sdtPr>
                <w:rPr>
                  <w:sz w:val="22"/>
                </w:rPr>
                <w:id w:val="-143651824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00000000" w:rsidRPr="00852796">
              <w:rPr>
                <w:sz w:val="22"/>
              </w:rPr>
              <w:t xml:space="preserve">  Applied / waiting to hear</w:t>
            </w:r>
          </w:p>
        </w:tc>
      </w:tr>
    </w:tbl>
    <w:p w14:paraId="50F7B753" w14:textId="77777777" w:rsidR="008167CC" w:rsidRDefault="00000000">
      <w:pPr>
        <w:spacing w:after="20" w:line="240" w:lineRule="auto"/>
        <w:rPr>
          <w:sz w:val="22"/>
        </w:rPr>
      </w:pPr>
      <w:r w:rsidRPr="00852796">
        <w:rPr>
          <w:sz w:val="22"/>
        </w:rPr>
        <w:t>If yes or pending, please list the source and approximate amount, if known.</w:t>
      </w:r>
    </w:p>
    <w:p w14:paraId="44BB0540" w14:textId="77777777" w:rsidR="00852796" w:rsidRPr="00852796" w:rsidRDefault="00852796">
      <w:pPr>
        <w:spacing w:after="20" w:line="240" w:lineRule="auto"/>
        <w:rPr>
          <w:sz w:val="22"/>
        </w:rPr>
      </w:pPr>
    </w:p>
    <w:tbl>
      <w:tblPr>
        <w:tblW w:w="0" w:type="auto"/>
        <w:jc w:val="center"/>
        <w:tblLayout w:type="fixed"/>
        <w:tblLook w:val="04A0" w:firstRow="1" w:lastRow="0" w:firstColumn="1" w:lastColumn="0" w:noHBand="0" w:noVBand="1"/>
      </w:tblPr>
      <w:tblGrid>
        <w:gridCol w:w="4680"/>
        <w:gridCol w:w="2376"/>
        <w:gridCol w:w="3024"/>
      </w:tblGrid>
      <w:tr w:rsidR="008167CC" w:rsidRPr="00852796" w14:paraId="5A9F36D9" w14:textId="77777777">
        <w:trPr>
          <w:cantSplit/>
          <w:jc w:val="center"/>
        </w:trPr>
        <w:tc>
          <w:tcPr>
            <w:tcW w:w="4680" w:type="dxa"/>
            <w:shd w:val="clear" w:color="auto" w:fill="EEF1EF"/>
            <w:tcMar>
              <w:top w:w="45" w:type="dxa"/>
              <w:left w:w="55" w:type="dxa"/>
              <w:bottom w:w="45" w:type="dxa"/>
              <w:right w:w="55" w:type="dxa"/>
            </w:tcMar>
          </w:tcPr>
          <w:p w14:paraId="4A40D793" w14:textId="77777777" w:rsidR="008167CC" w:rsidRPr="00852796" w:rsidRDefault="00000000">
            <w:pPr>
              <w:spacing w:after="0"/>
              <w:rPr>
                <w:sz w:val="22"/>
              </w:rPr>
            </w:pPr>
            <w:r w:rsidRPr="00852796">
              <w:rPr>
                <w:b/>
                <w:color w:val="24494C"/>
                <w:sz w:val="22"/>
              </w:rPr>
              <w:t>Funding Source</w:t>
            </w:r>
          </w:p>
        </w:tc>
        <w:tc>
          <w:tcPr>
            <w:tcW w:w="2376" w:type="dxa"/>
            <w:shd w:val="clear" w:color="auto" w:fill="EEF1EF"/>
            <w:tcMar>
              <w:top w:w="45" w:type="dxa"/>
              <w:left w:w="55" w:type="dxa"/>
              <w:bottom w:w="45" w:type="dxa"/>
              <w:right w:w="55" w:type="dxa"/>
            </w:tcMar>
          </w:tcPr>
          <w:p w14:paraId="349AF5E0" w14:textId="77777777" w:rsidR="008167CC" w:rsidRPr="00852796" w:rsidRDefault="00000000">
            <w:pPr>
              <w:spacing w:after="0"/>
              <w:rPr>
                <w:sz w:val="22"/>
              </w:rPr>
            </w:pPr>
            <w:r w:rsidRPr="00852796">
              <w:rPr>
                <w:b/>
                <w:color w:val="24494C"/>
                <w:sz w:val="22"/>
              </w:rPr>
              <w:t>Confirmed / Pending</w:t>
            </w:r>
          </w:p>
        </w:tc>
        <w:tc>
          <w:tcPr>
            <w:tcW w:w="3024" w:type="dxa"/>
            <w:shd w:val="clear" w:color="auto" w:fill="EEF1EF"/>
            <w:tcMar>
              <w:top w:w="45" w:type="dxa"/>
              <w:left w:w="55" w:type="dxa"/>
              <w:bottom w:w="45" w:type="dxa"/>
              <w:right w:w="55" w:type="dxa"/>
            </w:tcMar>
          </w:tcPr>
          <w:p w14:paraId="37D75330" w14:textId="77777777" w:rsidR="008167CC" w:rsidRPr="00852796" w:rsidRDefault="00000000">
            <w:pPr>
              <w:spacing w:after="0"/>
              <w:rPr>
                <w:sz w:val="22"/>
              </w:rPr>
            </w:pPr>
            <w:r w:rsidRPr="00852796">
              <w:rPr>
                <w:b/>
                <w:color w:val="24494C"/>
                <w:sz w:val="22"/>
              </w:rPr>
              <w:t>Approximate Amount</w:t>
            </w:r>
          </w:p>
        </w:tc>
      </w:tr>
      <w:tr w:rsidR="008167CC" w:rsidRPr="00852796" w14:paraId="523A3D2C" w14:textId="77777777">
        <w:trPr>
          <w:cantSplit/>
          <w:jc w:val="center"/>
        </w:trPr>
        <w:tc>
          <w:tcPr>
            <w:tcW w:w="4680" w:type="dxa"/>
            <w:shd w:val="clear" w:color="auto" w:fill="FFFFFF"/>
            <w:tcMar>
              <w:top w:w="40" w:type="dxa"/>
              <w:left w:w="55" w:type="dxa"/>
              <w:bottom w:w="40" w:type="dxa"/>
              <w:right w:w="55" w:type="dxa"/>
            </w:tcMar>
          </w:tcPr>
          <w:p w14:paraId="2907F794" w14:textId="77777777" w:rsidR="008167CC" w:rsidRPr="00852796" w:rsidRDefault="00000000">
            <w:pPr>
              <w:spacing w:after="0"/>
              <w:rPr>
                <w:sz w:val="22"/>
              </w:rPr>
            </w:pPr>
            <w:r w:rsidRPr="00852796">
              <w:rPr>
                <w:color w:val="919191"/>
                <w:sz w:val="22"/>
              </w:rPr>
              <w:t>Click or tap here to enter text.</w:t>
            </w:r>
          </w:p>
        </w:tc>
        <w:tc>
          <w:tcPr>
            <w:tcW w:w="2376" w:type="dxa"/>
            <w:shd w:val="clear" w:color="auto" w:fill="FFFFFF"/>
            <w:tcMar>
              <w:top w:w="40" w:type="dxa"/>
              <w:left w:w="55" w:type="dxa"/>
              <w:bottom w:w="40" w:type="dxa"/>
              <w:right w:w="55" w:type="dxa"/>
            </w:tcMar>
          </w:tcPr>
          <w:p w14:paraId="31B1ACF4" w14:textId="77777777" w:rsidR="008167CC" w:rsidRPr="00852796" w:rsidRDefault="00000000">
            <w:pPr>
              <w:spacing w:after="0"/>
              <w:rPr>
                <w:sz w:val="22"/>
              </w:rPr>
            </w:pPr>
            <w:r w:rsidRPr="00852796">
              <w:rPr>
                <w:color w:val="919191"/>
                <w:sz w:val="22"/>
              </w:rPr>
              <w:t>Click or tap here to enter text.</w:t>
            </w:r>
          </w:p>
        </w:tc>
        <w:tc>
          <w:tcPr>
            <w:tcW w:w="3024" w:type="dxa"/>
            <w:shd w:val="clear" w:color="auto" w:fill="FFFFFF"/>
            <w:tcMar>
              <w:top w:w="40" w:type="dxa"/>
              <w:left w:w="55" w:type="dxa"/>
              <w:bottom w:w="40" w:type="dxa"/>
              <w:right w:w="55" w:type="dxa"/>
            </w:tcMar>
          </w:tcPr>
          <w:p w14:paraId="0844CB5C" w14:textId="77777777" w:rsidR="008167CC" w:rsidRPr="00852796" w:rsidRDefault="00000000">
            <w:pPr>
              <w:spacing w:after="0"/>
              <w:rPr>
                <w:sz w:val="22"/>
              </w:rPr>
            </w:pPr>
            <w:r w:rsidRPr="00852796">
              <w:rPr>
                <w:color w:val="919191"/>
                <w:sz w:val="22"/>
              </w:rPr>
              <w:t>Click or tap here to enter text.</w:t>
            </w:r>
          </w:p>
        </w:tc>
      </w:tr>
      <w:tr w:rsidR="008167CC" w:rsidRPr="00852796" w14:paraId="20670CBF" w14:textId="77777777">
        <w:trPr>
          <w:cantSplit/>
          <w:jc w:val="center"/>
        </w:trPr>
        <w:tc>
          <w:tcPr>
            <w:tcW w:w="4680" w:type="dxa"/>
            <w:shd w:val="clear" w:color="auto" w:fill="FFFFFF"/>
            <w:tcMar>
              <w:top w:w="40" w:type="dxa"/>
              <w:left w:w="55" w:type="dxa"/>
              <w:bottom w:w="40" w:type="dxa"/>
              <w:right w:w="55" w:type="dxa"/>
            </w:tcMar>
          </w:tcPr>
          <w:p w14:paraId="1F499608" w14:textId="77777777" w:rsidR="008167CC" w:rsidRPr="00852796" w:rsidRDefault="00000000">
            <w:pPr>
              <w:spacing w:after="0"/>
              <w:rPr>
                <w:sz w:val="22"/>
              </w:rPr>
            </w:pPr>
            <w:r w:rsidRPr="00852796">
              <w:rPr>
                <w:color w:val="919191"/>
                <w:sz w:val="22"/>
              </w:rPr>
              <w:t>Click or tap here to enter text.</w:t>
            </w:r>
          </w:p>
        </w:tc>
        <w:tc>
          <w:tcPr>
            <w:tcW w:w="2376" w:type="dxa"/>
            <w:shd w:val="clear" w:color="auto" w:fill="FFFFFF"/>
            <w:tcMar>
              <w:top w:w="40" w:type="dxa"/>
              <w:left w:w="55" w:type="dxa"/>
              <w:bottom w:w="40" w:type="dxa"/>
              <w:right w:w="55" w:type="dxa"/>
            </w:tcMar>
          </w:tcPr>
          <w:p w14:paraId="650D6A99" w14:textId="77777777" w:rsidR="008167CC" w:rsidRPr="00852796" w:rsidRDefault="00000000">
            <w:pPr>
              <w:spacing w:after="0"/>
              <w:rPr>
                <w:sz w:val="22"/>
              </w:rPr>
            </w:pPr>
            <w:r w:rsidRPr="00852796">
              <w:rPr>
                <w:color w:val="919191"/>
                <w:sz w:val="22"/>
              </w:rPr>
              <w:t>Click or tap here to enter text.</w:t>
            </w:r>
          </w:p>
        </w:tc>
        <w:tc>
          <w:tcPr>
            <w:tcW w:w="3024" w:type="dxa"/>
            <w:shd w:val="clear" w:color="auto" w:fill="FFFFFF"/>
            <w:tcMar>
              <w:top w:w="40" w:type="dxa"/>
              <w:left w:w="55" w:type="dxa"/>
              <w:bottom w:w="40" w:type="dxa"/>
              <w:right w:w="55" w:type="dxa"/>
            </w:tcMar>
          </w:tcPr>
          <w:p w14:paraId="4EBF6A8A" w14:textId="77777777" w:rsidR="008167CC" w:rsidRPr="00852796" w:rsidRDefault="00000000">
            <w:pPr>
              <w:spacing w:after="0"/>
              <w:rPr>
                <w:sz w:val="22"/>
              </w:rPr>
            </w:pPr>
            <w:r w:rsidRPr="00852796">
              <w:rPr>
                <w:color w:val="919191"/>
                <w:sz w:val="22"/>
              </w:rPr>
              <w:t>Click or tap here to enter text.</w:t>
            </w:r>
          </w:p>
        </w:tc>
      </w:tr>
    </w:tbl>
    <w:p w14:paraId="2C60C258" w14:textId="60E70E2F" w:rsidR="008167CC" w:rsidRDefault="00D42B14">
      <w:pPr>
        <w:pStyle w:val="Heading1"/>
        <w:spacing w:before="80" w:after="20"/>
      </w:pPr>
      <w:r>
        <w:rPr>
          <w:rFonts w:ascii="Calibri" w:hAnsi="Calibri"/>
        </w:rPr>
        <w:br/>
      </w:r>
      <w:r w:rsidR="00852796">
        <w:rPr>
          <w:rFonts w:ascii="Calibri" w:hAnsi="Calibri"/>
        </w:rPr>
        <w:t>Tell Us a Little About Your Situation</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282"/>
      </w:tblGrid>
      <w:tr w:rsidR="008167CC" w:rsidRPr="0028251C" w14:paraId="1255C2A4" w14:textId="77777777">
        <w:trPr>
          <w:cantSplit/>
          <w:jc w:val="center"/>
        </w:trPr>
        <w:tc>
          <w:tcPr>
            <w:tcW w:w="10282" w:type="dxa"/>
            <w:shd w:val="clear" w:color="auto" w:fill="EEF1EF"/>
            <w:tcMar>
              <w:top w:w="90" w:type="dxa"/>
              <w:left w:w="110" w:type="dxa"/>
              <w:bottom w:w="90" w:type="dxa"/>
              <w:right w:w="110" w:type="dxa"/>
            </w:tcMar>
          </w:tcPr>
          <w:p w14:paraId="563D8CF7" w14:textId="4F9615A1" w:rsidR="008167CC" w:rsidRPr="0028251C" w:rsidRDefault="00000000" w:rsidP="00DE0301">
            <w:pPr>
              <w:spacing w:after="40"/>
              <w:rPr>
                <w:sz w:val="22"/>
              </w:rPr>
            </w:pPr>
            <w:r w:rsidRPr="0028251C">
              <w:rPr>
                <w:b/>
                <w:color w:val="24494C"/>
                <w:sz w:val="22"/>
              </w:rPr>
              <w:t>Short answers are welcome</w:t>
            </w:r>
            <w:r w:rsidR="00DE0301">
              <w:rPr>
                <w:b/>
                <w:color w:val="24494C"/>
                <w:sz w:val="22"/>
              </w:rPr>
              <w:br/>
            </w:r>
            <w:r w:rsidRPr="0028251C">
              <w:rPr>
                <w:sz w:val="22"/>
              </w:rPr>
              <w:t>Point form is completely okay. We are interested in understanding your circumstances and goals, not judging how you write.</w:t>
            </w:r>
          </w:p>
        </w:tc>
      </w:tr>
    </w:tbl>
    <w:p w14:paraId="7F18B80F" w14:textId="497DF93E" w:rsidR="008167CC" w:rsidRPr="007531E5" w:rsidRDefault="00000000">
      <w:pPr>
        <w:keepNext/>
        <w:spacing w:before="40" w:after="30" w:line="240" w:lineRule="auto"/>
        <w:rPr>
          <w:sz w:val="22"/>
        </w:rPr>
      </w:pPr>
      <w:r w:rsidRPr="007531E5">
        <w:rPr>
          <w:b/>
          <w:color w:val="24494C"/>
          <w:sz w:val="22"/>
        </w:rPr>
        <w:lastRenderedPageBreak/>
        <w:t>15. In a few s</w:t>
      </w:r>
      <w:r w:rsidR="00DE0301">
        <w:rPr>
          <w:b/>
          <w:color w:val="24494C"/>
          <w:sz w:val="22"/>
        </w:rPr>
        <w:t>hort s</w:t>
      </w:r>
      <w:r w:rsidRPr="007531E5">
        <w:rPr>
          <w:b/>
          <w:color w:val="24494C"/>
          <w:sz w:val="22"/>
        </w:rPr>
        <w:t>entences, please tell us about your current financial need and how receiving a WRF bursary would help you begin or continue your education or training.</w:t>
      </w:r>
      <w:r w:rsidRPr="007531E5">
        <w:rPr>
          <w:i/>
          <w:sz w:val="22"/>
        </w:rPr>
        <w:t xml:space="preserve">  About 150-200 words or less is plenty.</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0282"/>
      </w:tblGrid>
      <w:tr w:rsidR="008167CC" w:rsidRPr="007531E5" w14:paraId="053BD424" w14:textId="77777777">
        <w:trPr>
          <w:cantSplit/>
          <w:trHeight w:val="1123"/>
          <w:jc w:val="center"/>
        </w:trPr>
        <w:tc>
          <w:tcPr>
            <w:tcW w:w="10282" w:type="dxa"/>
            <w:shd w:val="clear" w:color="auto" w:fill="FFFFFF"/>
            <w:tcMar>
              <w:top w:w="65" w:type="dxa"/>
              <w:left w:w="95" w:type="dxa"/>
              <w:bottom w:w="65" w:type="dxa"/>
              <w:right w:w="95" w:type="dxa"/>
            </w:tcMar>
          </w:tcPr>
          <w:p w14:paraId="725A1746" w14:textId="77777777" w:rsidR="008167CC" w:rsidRPr="007531E5" w:rsidRDefault="00000000">
            <w:pPr>
              <w:spacing w:after="0"/>
              <w:rPr>
                <w:sz w:val="22"/>
              </w:rPr>
            </w:pPr>
            <w:r w:rsidRPr="007531E5">
              <w:rPr>
                <w:color w:val="919191"/>
                <w:sz w:val="22"/>
              </w:rPr>
              <w:t>Click or tap here to enter text.</w:t>
            </w:r>
          </w:p>
        </w:tc>
      </w:tr>
    </w:tbl>
    <w:p w14:paraId="6346185B" w14:textId="77777777" w:rsidR="008167CC" w:rsidRDefault="008167CC">
      <w:pPr>
        <w:spacing w:after="40"/>
      </w:pPr>
    </w:p>
    <w:p w14:paraId="13214C81" w14:textId="77777777" w:rsidR="008167CC" w:rsidRPr="0028251C" w:rsidRDefault="00000000">
      <w:pPr>
        <w:keepNext/>
        <w:spacing w:before="40" w:after="30" w:line="240" w:lineRule="auto"/>
        <w:rPr>
          <w:sz w:val="22"/>
        </w:rPr>
      </w:pPr>
      <w:r w:rsidRPr="0028251C">
        <w:rPr>
          <w:b/>
          <w:color w:val="24494C"/>
          <w:sz w:val="22"/>
        </w:rPr>
        <w:t>16. What interested you in this program, trade or career path, and what do you hope to do after you complete your education or training?</w:t>
      </w:r>
      <w:r w:rsidRPr="0028251C">
        <w:rPr>
          <w:i/>
          <w:sz w:val="22"/>
        </w:rPr>
        <w:t xml:space="preserve">  About 150-200 words or less is plenty.</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0282"/>
      </w:tblGrid>
      <w:tr w:rsidR="008167CC" w:rsidRPr="0028251C" w14:paraId="05332F06" w14:textId="77777777">
        <w:trPr>
          <w:cantSplit/>
          <w:trHeight w:val="1123"/>
          <w:jc w:val="center"/>
        </w:trPr>
        <w:tc>
          <w:tcPr>
            <w:tcW w:w="10282" w:type="dxa"/>
            <w:shd w:val="clear" w:color="auto" w:fill="FFFFFF"/>
            <w:tcMar>
              <w:top w:w="65" w:type="dxa"/>
              <w:left w:w="95" w:type="dxa"/>
              <w:bottom w:w="65" w:type="dxa"/>
              <w:right w:w="95" w:type="dxa"/>
            </w:tcMar>
          </w:tcPr>
          <w:p w14:paraId="7F80A47C" w14:textId="77777777" w:rsidR="008167CC" w:rsidRPr="0028251C" w:rsidRDefault="00000000">
            <w:pPr>
              <w:spacing w:after="0"/>
              <w:rPr>
                <w:sz w:val="22"/>
              </w:rPr>
            </w:pPr>
            <w:r w:rsidRPr="0028251C">
              <w:rPr>
                <w:color w:val="919191"/>
                <w:sz w:val="22"/>
              </w:rPr>
              <w:t>Click or tap here to enter text.</w:t>
            </w:r>
          </w:p>
        </w:tc>
      </w:tr>
    </w:tbl>
    <w:p w14:paraId="179FA3F7" w14:textId="77777777" w:rsidR="008167CC" w:rsidRPr="0028251C" w:rsidRDefault="008167CC">
      <w:pPr>
        <w:spacing w:after="40"/>
        <w:rPr>
          <w:sz w:val="22"/>
        </w:rPr>
      </w:pPr>
    </w:p>
    <w:p w14:paraId="626209B4" w14:textId="77777777" w:rsidR="008167CC" w:rsidRPr="0028251C" w:rsidRDefault="00000000">
      <w:pPr>
        <w:keepNext/>
        <w:spacing w:before="40" w:after="30" w:line="240" w:lineRule="auto"/>
        <w:rPr>
          <w:sz w:val="22"/>
        </w:rPr>
      </w:pPr>
      <w:r w:rsidRPr="0028251C">
        <w:rPr>
          <w:b/>
          <w:color w:val="24494C"/>
          <w:sz w:val="22"/>
        </w:rPr>
        <w:t>17. Is there anything about your journey that you would like us to consider when reviewing your application?</w:t>
      </w:r>
      <w:r w:rsidRPr="0028251C">
        <w:rPr>
          <w:i/>
          <w:sz w:val="22"/>
        </w:rPr>
        <w:t xml:space="preserve">  Optional. This could include community involvement, work, caregiving, accomplishments, barriers you have overcome, or anything else that matters to you.</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0282"/>
      </w:tblGrid>
      <w:tr w:rsidR="008167CC" w:rsidRPr="0028251C" w14:paraId="3B12835C" w14:textId="77777777">
        <w:trPr>
          <w:cantSplit/>
          <w:trHeight w:val="893"/>
          <w:jc w:val="center"/>
        </w:trPr>
        <w:tc>
          <w:tcPr>
            <w:tcW w:w="10282" w:type="dxa"/>
            <w:shd w:val="clear" w:color="auto" w:fill="FFFFFF"/>
            <w:tcMar>
              <w:top w:w="65" w:type="dxa"/>
              <w:left w:w="95" w:type="dxa"/>
              <w:bottom w:w="65" w:type="dxa"/>
              <w:right w:w="95" w:type="dxa"/>
            </w:tcMar>
          </w:tcPr>
          <w:p w14:paraId="661B2976" w14:textId="77777777" w:rsidR="008167CC" w:rsidRPr="0028251C" w:rsidRDefault="00000000">
            <w:pPr>
              <w:spacing w:after="0"/>
              <w:rPr>
                <w:sz w:val="22"/>
              </w:rPr>
            </w:pPr>
            <w:r w:rsidRPr="0028251C">
              <w:rPr>
                <w:color w:val="919191"/>
                <w:sz w:val="22"/>
              </w:rPr>
              <w:t>Click or tap here to enter text.</w:t>
            </w:r>
          </w:p>
        </w:tc>
      </w:tr>
    </w:tbl>
    <w:p w14:paraId="5046450D" w14:textId="77777777" w:rsidR="008167CC" w:rsidRDefault="008167CC">
      <w:pPr>
        <w:spacing w:after="40"/>
      </w:pPr>
    </w:p>
    <w:p w14:paraId="1738BB90" w14:textId="6F904556" w:rsidR="008167CC" w:rsidRDefault="00DE0301">
      <w:pPr>
        <w:pStyle w:val="Heading1"/>
        <w:spacing w:before="40" w:after="20"/>
      </w:pPr>
      <w:r>
        <w:rPr>
          <w:rFonts w:ascii="Calibri" w:hAnsi="Calibri"/>
        </w:rPr>
        <w:br/>
      </w:r>
      <w:r w:rsidR="00000000">
        <w:rPr>
          <w:rFonts w:ascii="Calibri" w:hAnsi="Calibri"/>
        </w:rPr>
        <w:t>How Else Could WRF Support You?</w:t>
      </w:r>
    </w:p>
    <w:p w14:paraId="76803F07" w14:textId="77777777" w:rsidR="008167CC" w:rsidRPr="007531E5" w:rsidRDefault="00000000">
      <w:pPr>
        <w:keepNext/>
        <w:spacing w:before="60" w:after="30" w:line="240" w:lineRule="auto"/>
        <w:rPr>
          <w:sz w:val="22"/>
        </w:rPr>
      </w:pPr>
      <w:r w:rsidRPr="007531E5">
        <w:rPr>
          <w:b/>
          <w:color w:val="24494C"/>
          <w:sz w:val="22"/>
        </w:rPr>
        <w:t>18. In addition to financial support, would any of the following be helpful to you?</w:t>
      </w:r>
      <w:r w:rsidRPr="007531E5">
        <w:rPr>
          <w:i/>
          <w:sz w:val="22"/>
        </w:rPr>
        <w:t xml:space="preserve">  Select all that apply.</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41"/>
        <w:gridCol w:w="5141"/>
      </w:tblGrid>
      <w:tr w:rsidR="008167CC" w:rsidRPr="007531E5" w14:paraId="5CC493D9" w14:textId="77777777">
        <w:trPr>
          <w:cantSplit/>
          <w:jc w:val="center"/>
        </w:trPr>
        <w:tc>
          <w:tcPr>
            <w:tcW w:w="5141" w:type="dxa"/>
            <w:tcMar>
              <w:top w:w="10" w:type="dxa"/>
              <w:left w:w="25" w:type="dxa"/>
              <w:bottom w:w="10" w:type="dxa"/>
              <w:right w:w="25" w:type="dxa"/>
            </w:tcMar>
          </w:tcPr>
          <w:p w14:paraId="30FEE6D4" w14:textId="00DE7F74" w:rsidR="008167CC" w:rsidRPr="007531E5" w:rsidRDefault="007531E5">
            <w:pPr>
              <w:spacing w:after="0"/>
              <w:rPr>
                <w:sz w:val="22"/>
              </w:rPr>
            </w:pPr>
            <w:sdt>
              <w:sdtPr>
                <w:rPr>
                  <w:sz w:val="22"/>
                </w:rPr>
                <w:id w:val="1142074107"/>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00000000" w:rsidRPr="007531E5">
              <w:rPr>
                <w:sz w:val="22"/>
              </w:rPr>
              <w:t xml:space="preserve">  Mentorship</w:t>
            </w:r>
          </w:p>
        </w:tc>
        <w:tc>
          <w:tcPr>
            <w:tcW w:w="5141" w:type="dxa"/>
            <w:tcMar>
              <w:top w:w="10" w:type="dxa"/>
              <w:left w:w="25" w:type="dxa"/>
              <w:bottom w:w="10" w:type="dxa"/>
              <w:right w:w="25" w:type="dxa"/>
            </w:tcMar>
          </w:tcPr>
          <w:p w14:paraId="3DEA3373" w14:textId="335F5586" w:rsidR="008167CC" w:rsidRPr="007531E5" w:rsidRDefault="007531E5">
            <w:pPr>
              <w:spacing w:after="0"/>
              <w:rPr>
                <w:sz w:val="22"/>
              </w:rPr>
            </w:pPr>
            <w:sdt>
              <w:sdtPr>
                <w:rPr>
                  <w:sz w:val="22"/>
                </w:rPr>
                <w:id w:val="-296064403"/>
                <w14:checkbox>
                  <w14:checked w14:val="0"/>
                  <w14:checkedState w14:val="2612" w14:font="MS Gothic"/>
                  <w14:uncheckedState w14:val="2610" w14:font="MS Gothic"/>
                </w14:checkbox>
              </w:sdtPr>
              <w:sdtContent>
                <w:r w:rsidR="00DE0301">
                  <w:rPr>
                    <w:rFonts w:ascii="MS Gothic" w:eastAsia="MS Gothic" w:hAnsi="MS Gothic" w:hint="eastAsia"/>
                    <w:sz w:val="22"/>
                  </w:rPr>
                  <w:t>☐</w:t>
                </w:r>
              </w:sdtContent>
            </w:sdt>
            <w:r w:rsidR="00000000" w:rsidRPr="007531E5">
              <w:rPr>
                <w:sz w:val="22"/>
              </w:rPr>
              <w:t xml:space="preserve">  Career guidance</w:t>
            </w:r>
          </w:p>
        </w:tc>
      </w:tr>
      <w:tr w:rsidR="008167CC" w:rsidRPr="007531E5" w14:paraId="3CB912F7" w14:textId="77777777">
        <w:trPr>
          <w:cantSplit/>
          <w:jc w:val="center"/>
        </w:trPr>
        <w:tc>
          <w:tcPr>
            <w:tcW w:w="5141" w:type="dxa"/>
            <w:tcMar>
              <w:top w:w="10" w:type="dxa"/>
              <w:left w:w="25" w:type="dxa"/>
              <w:bottom w:w="10" w:type="dxa"/>
              <w:right w:w="25" w:type="dxa"/>
            </w:tcMar>
          </w:tcPr>
          <w:p w14:paraId="7C68DA33" w14:textId="37157F0D" w:rsidR="008167CC" w:rsidRPr="007531E5" w:rsidRDefault="007531E5">
            <w:pPr>
              <w:spacing w:after="0"/>
              <w:rPr>
                <w:sz w:val="22"/>
              </w:rPr>
            </w:pPr>
            <w:sdt>
              <w:sdtPr>
                <w:rPr>
                  <w:sz w:val="22"/>
                </w:rPr>
                <w:id w:val="1664126088"/>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00000000" w:rsidRPr="007531E5">
              <w:rPr>
                <w:sz w:val="22"/>
              </w:rPr>
              <w:t xml:space="preserve">  Connections with employers or industry</w:t>
            </w:r>
          </w:p>
        </w:tc>
        <w:tc>
          <w:tcPr>
            <w:tcW w:w="5141" w:type="dxa"/>
            <w:tcMar>
              <w:top w:w="10" w:type="dxa"/>
              <w:left w:w="25" w:type="dxa"/>
              <w:bottom w:w="10" w:type="dxa"/>
              <w:right w:w="25" w:type="dxa"/>
            </w:tcMar>
          </w:tcPr>
          <w:p w14:paraId="5D87C5B8" w14:textId="4D300B00" w:rsidR="008167CC" w:rsidRPr="007531E5" w:rsidRDefault="007531E5">
            <w:pPr>
              <w:spacing w:after="0"/>
              <w:rPr>
                <w:sz w:val="22"/>
              </w:rPr>
            </w:pPr>
            <w:sdt>
              <w:sdtPr>
                <w:rPr>
                  <w:sz w:val="22"/>
                </w:rPr>
                <w:id w:val="435646601"/>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00000000" w:rsidRPr="007531E5">
              <w:rPr>
                <w:sz w:val="22"/>
              </w:rPr>
              <w:t xml:space="preserve">  Apprenticeship / work-placement opportunities</w:t>
            </w:r>
          </w:p>
        </w:tc>
      </w:tr>
      <w:tr w:rsidR="008167CC" w:rsidRPr="007531E5" w14:paraId="7FE0E19A" w14:textId="77777777">
        <w:trPr>
          <w:cantSplit/>
          <w:jc w:val="center"/>
        </w:trPr>
        <w:tc>
          <w:tcPr>
            <w:tcW w:w="5141" w:type="dxa"/>
            <w:tcMar>
              <w:top w:w="10" w:type="dxa"/>
              <w:left w:w="25" w:type="dxa"/>
              <w:bottom w:w="10" w:type="dxa"/>
              <w:right w:w="25" w:type="dxa"/>
            </w:tcMar>
          </w:tcPr>
          <w:p w14:paraId="23194F85" w14:textId="3CCCBD4A" w:rsidR="008167CC" w:rsidRPr="007531E5" w:rsidRDefault="007531E5">
            <w:pPr>
              <w:spacing w:after="0"/>
              <w:rPr>
                <w:sz w:val="22"/>
              </w:rPr>
            </w:pPr>
            <w:sdt>
              <w:sdtPr>
                <w:rPr>
                  <w:sz w:val="22"/>
                </w:rPr>
                <w:id w:val="644391192"/>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00000000" w:rsidRPr="007531E5">
              <w:rPr>
                <w:sz w:val="22"/>
              </w:rPr>
              <w:t xml:space="preserve">  Internship opportunities</w:t>
            </w:r>
          </w:p>
        </w:tc>
        <w:tc>
          <w:tcPr>
            <w:tcW w:w="5141" w:type="dxa"/>
            <w:tcMar>
              <w:top w:w="10" w:type="dxa"/>
              <w:left w:w="25" w:type="dxa"/>
              <w:bottom w:w="10" w:type="dxa"/>
              <w:right w:w="25" w:type="dxa"/>
            </w:tcMar>
          </w:tcPr>
          <w:p w14:paraId="1D0C673A" w14:textId="203109E0" w:rsidR="008167CC" w:rsidRPr="007531E5" w:rsidRDefault="007531E5">
            <w:pPr>
              <w:spacing w:after="0"/>
              <w:rPr>
                <w:sz w:val="22"/>
              </w:rPr>
            </w:pPr>
            <w:sdt>
              <w:sdtPr>
                <w:rPr>
                  <w:sz w:val="22"/>
                </w:rPr>
                <w:id w:val="1113173772"/>
                <w14:checkbox>
                  <w14:checked w14:val="0"/>
                  <w14:checkedState w14:val="2612" w14:font="MS Gothic"/>
                  <w14:uncheckedState w14:val="2610" w14:font="MS Gothic"/>
                </w14:checkbox>
              </w:sdtPr>
              <w:sdtContent>
                <w:r w:rsidR="006C477B">
                  <w:rPr>
                    <w:rFonts w:ascii="MS Gothic" w:eastAsia="MS Gothic" w:hAnsi="MS Gothic" w:hint="eastAsia"/>
                    <w:sz w:val="22"/>
                  </w:rPr>
                  <w:t>☐</w:t>
                </w:r>
              </w:sdtContent>
            </w:sdt>
            <w:r w:rsidR="00000000" w:rsidRPr="007531E5">
              <w:rPr>
                <w:sz w:val="22"/>
              </w:rPr>
              <w:t xml:space="preserve">  Training or certification information</w:t>
            </w:r>
          </w:p>
        </w:tc>
      </w:tr>
      <w:tr w:rsidR="008167CC" w:rsidRPr="007531E5" w14:paraId="32F50A26" w14:textId="77777777">
        <w:trPr>
          <w:cantSplit/>
          <w:jc w:val="center"/>
        </w:trPr>
        <w:tc>
          <w:tcPr>
            <w:tcW w:w="5141" w:type="dxa"/>
            <w:tcMar>
              <w:top w:w="10" w:type="dxa"/>
              <w:left w:w="25" w:type="dxa"/>
              <w:bottom w:w="10" w:type="dxa"/>
              <w:right w:w="25" w:type="dxa"/>
            </w:tcMar>
          </w:tcPr>
          <w:p w14:paraId="713BC05C" w14:textId="7E26C774" w:rsidR="008167CC" w:rsidRPr="007531E5" w:rsidRDefault="007531E5">
            <w:pPr>
              <w:spacing w:after="0"/>
              <w:rPr>
                <w:sz w:val="22"/>
              </w:rPr>
            </w:pPr>
            <w:sdt>
              <w:sdtPr>
                <w:rPr>
                  <w:sz w:val="22"/>
                </w:rPr>
                <w:id w:val="-807166756"/>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00000000" w:rsidRPr="007531E5">
              <w:rPr>
                <w:sz w:val="22"/>
              </w:rPr>
              <w:t xml:space="preserve">  Help identifying other funding</w:t>
            </w:r>
          </w:p>
        </w:tc>
        <w:tc>
          <w:tcPr>
            <w:tcW w:w="5141" w:type="dxa"/>
            <w:tcMar>
              <w:top w:w="10" w:type="dxa"/>
              <w:left w:w="25" w:type="dxa"/>
              <w:bottom w:w="10" w:type="dxa"/>
              <w:right w:w="25" w:type="dxa"/>
            </w:tcMar>
          </w:tcPr>
          <w:p w14:paraId="1C4F8D86" w14:textId="50A46F6F" w:rsidR="008167CC" w:rsidRPr="007531E5" w:rsidRDefault="007531E5">
            <w:pPr>
              <w:spacing w:after="0"/>
              <w:rPr>
                <w:sz w:val="22"/>
              </w:rPr>
            </w:pPr>
            <w:sdt>
              <w:sdtPr>
                <w:rPr>
                  <w:sz w:val="22"/>
                </w:rPr>
                <w:id w:val="1680475936"/>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00000000" w:rsidRPr="007531E5">
              <w:rPr>
                <w:sz w:val="22"/>
              </w:rPr>
              <w:t xml:space="preserve">  Networking in my field</w:t>
            </w:r>
          </w:p>
        </w:tc>
      </w:tr>
      <w:tr w:rsidR="008167CC" w:rsidRPr="007531E5" w14:paraId="1D9B19CA" w14:textId="77777777">
        <w:trPr>
          <w:cantSplit/>
          <w:jc w:val="center"/>
        </w:trPr>
        <w:tc>
          <w:tcPr>
            <w:tcW w:w="5141" w:type="dxa"/>
            <w:tcMar>
              <w:top w:w="10" w:type="dxa"/>
              <w:left w:w="25" w:type="dxa"/>
              <w:bottom w:w="10" w:type="dxa"/>
              <w:right w:w="25" w:type="dxa"/>
            </w:tcMar>
          </w:tcPr>
          <w:p w14:paraId="7D931DAE" w14:textId="5496D0E3" w:rsidR="008167CC" w:rsidRPr="007531E5" w:rsidRDefault="007531E5">
            <w:pPr>
              <w:spacing w:after="0"/>
              <w:rPr>
                <w:sz w:val="22"/>
              </w:rPr>
            </w:pPr>
            <w:sdt>
              <w:sdtPr>
                <w:rPr>
                  <w:sz w:val="22"/>
                </w:rPr>
                <w:id w:val="1039940244"/>
                <w14:checkbox>
                  <w14:checked w14:val="0"/>
                  <w14:checkedState w14:val="2612" w14:font="MS Gothic"/>
                  <w14:uncheckedState w14:val="2610" w14:font="MS Gothic"/>
                </w14:checkbox>
              </w:sdtPr>
              <w:sdtContent>
                <w:r w:rsidR="00DE0301">
                  <w:rPr>
                    <w:rFonts w:ascii="MS Gothic" w:eastAsia="MS Gothic" w:hAnsi="MS Gothic" w:hint="eastAsia"/>
                    <w:sz w:val="22"/>
                  </w:rPr>
                  <w:t>☐</w:t>
                </w:r>
              </w:sdtContent>
            </w:sdt>
            <w:r w:rsidR="00000000" w:rsidRPr="007531E5">
              <w:rPr>
                <w:sz w:val="22"/>
              </w:rPr>
              <w:t xml:space="preserve">  None at this time</w:t>
            </w:r>
          </w:p>
        </w:tc>
        <w:tc>
          <w:tcPr>
            <w:tcW w:w="5141" w:type="dxa"/>
            <w:tcMar>
              <w:top w:w="10" w:type="dxa"/>
              <w:left w:w="25" w:type="dxa"/>
              <w:bottom w:w="10" w:type="dxa"/>
              <w:right w:w="25" w:type="dxa"/>
            </w:tcMar>
          </w:tcPr>
          <w:p w14:paraId="0FE6A02A" w14:textId="433EEAD5" w:rsidR="008167CC" w:rsidRPr="007531E5" w:rsidRDefault="007531E5">
            <w:pPr>
              <w:spacing w:after="0"/>
              <w:rPr>
                <w:sz w:val="22"/>
              </w:rPr>
            </w:pPr>
            <w:sdt>
              <w:sdtPr>
                <w:rPr>
                  <w:sz w:val="22"/>
                </w:rPr>
                <w:id w:val="-1219278781"/>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00000000" w:rsidRPr="007531E5">
              <w:rPr>
                <w:sz w:val="22"/>
              </w:rPr>
              <w:t xml:space="preserve">  Other: __________________________</w:t>
            </w:r>
          </w:p>
        </w:tc>
      </w:tr>
    </w:tbl>
    <w:p w14:paraId="62392C81" w14:textId="30CF08DF" w:rsidR="008167CC" w:rsidRPr="007531E5" w:rsidRDefault="007531E5">
      <w:pPr>
        <w:keepNext/>
        <w:spacing w:before="40" w:after="30" w:line="240" w:lineRule="auto"/>
        <w:rPr>
          <w:sz w:val="22"/>
        </w:rPr>
      </w:pPr>
      <w:r>
        <w:rPr>
          <w:b/>
          <w:color w:val="24494C"/>
          <w:sz w:val="22"/>
        </w:rPr>
        <w:br/>
      </w:r>
      <w:r w:rsidR="00000000" w:rsidRPr="007531E5">
        <w:rPr>
          <w:b/>
          <w:color w:val="24494C"/>
          <w:sz w:val="22"/>
        </w:rPr>
        <w:t>19. Would you be comfortable with a WRF team member contacting you to learn more about your goals or discuss other ways we may be able to support you?</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41"/>
        <w:gridCol w:w="5141"/>
      </w:tblGrid>
      <w:tr w:rsidR="008167CC" w:rsidRPr="007531E5" w14:paraId="555E83D4" w14:textId="77777777">
        <w:trPr>
          <w:cantSplit/>
          <w:jc w:val="center"/>
        </w:trPr>
        <w:tc>
          <w:tcPr>
            <w:tcW w:w="5141" w:type="dxa"/>
            <w:tcMar>
              <w:top w:w="10" w:type="dxa"/>
              <w:left w:w="25" w:type="dxa"/>
              <w:bottom w:w="10" w:type="dxa"/>
              <w:right w:w="25" w:type="dxa"/>
            </w:tcMar>
          </w:tcPr>
          <w:p w14:paraId="466D2DB3" w14:textId="301BE3B2" w:rsidR="008167CC" w:rsidRPr="007531E5" w:rsidRDefault="007531E5">
            <w:pPr>
              <w:spacing w:after="0"/>
              <w:rPr>
                <w:sz w:val="22"/>
              </w:rPr>
            </w:pPr>
            <w:sdt>
              <w:sdtPr>
                <w:rPr>
                  <w:sz w:val="22"/>
                </w:rPr>
                <w:id w:val="-459496592"/>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00000000" w:rsidRPr="007531E5">
              <w:rPr>
                <w:sz w:val="22"/>
              </w:rPr>
              <w:t xml:space="preserve">  Yes</w:t>
            </w:r>
          </w:p>
        </w:tc>
        <w:tc>
          <w:tcPr>
            <w:tcW w:w="5141" w:type="dxa"/>
            <w:tcMar>
              <w:top w:w="10" w:type="dxa"/>
              <w:left w:w="25" w:type="dxa"/>
              <w:bottom w:w="10" w:type="dxa"/>
              <w:right w:w="25" w:type="dxa"/>
            </w:tcMar>
          </w:tcPr>
          <w:p w14:paraId="657F07E3" w14:textId="2889A5C6" w:rsidR="008167CC" w:rsidRPr="007531E5" w:rsidRDefault="007531E5">
            <w:pPr>
              <w:spacing w:after="0"/>
              <w:rPr>
                <w:sz w:val="22"/>
              </w:rPr>
            </w:pPr>
            <w:sdt>
              <w:sdtPr>
                <w:rPr>
                  <w:sz w:val="22"/>
                </w:rPr>
                <w:id w:val="445892255"/>
                <w14:checkbox>
                  <w14:checked w14:val="0"/>
                  <w14:checkedState w14:val="2612" w14:font="MS Gothic"/>
                  <w14:uncheckedState w14:val="2610" w14:font="MS Gothic"/>
                </w14:checkbox>
              </w:sdtPr>
              <w:sdtContent>
                <w:r w:rsidR="006C477B">
                  <w:rPr>
                    <w:rFonts w:ascii="MS Gothic" w:eastAsia="MS Gothic" w:hAnsi="MS Gothic" w:hint="eastAsia"/>
                    <w:sz w:val="22"/>
                  </w:rPr>
                  <w:t>☐</w:t>
                </w:r>
              </w:sdtContent>
            </w:sdt>
            <w:r w:rsidR="00000000" w:rsidRPr="007531E5">
              <w:rPr>
                <w:sz w:val="22"/>
              </w:rPr>
              <w:t xml:space="preserve">  No</w:t>
            </w:r>
          </w:p>
        </w:tc>
      </w:tr>
    </w:tbl>
    <w:p w14:paraId="25F4393A" w14:textId="3BFB8484" w:rsidR="008167CC" w:rsidRDefault="00000000">
      <w:pPr>
        <w:pStyle w:val="Heading1"/>
        <w:spacing w:before="80" w:after="20"/>
      </w:pPr>
      <w:r>
        <w:rPr>
          <w:rFonts w:ascii="Calibri" w:hAnsi="Calibri"/>
        </w:rPr>
        <w:lastRenderedPageBreak/>
        <w:t>Supporting Documents</w:t>
      </w:r>
    </w:p>
    <w:p w14:paraId="25443E6A" w14:textId="77777777" w:rsidR="008167CC" w:rsidRPr="007531E5" w:rsidRDefault="00000000">
      <w:pPr>
        <w:spacing w:after="20" w:line="240" w:lineRule="auto"/>
        <w:rPr>
          <w:sz w:val="22"/>
        </w:rPr>
      </w:pPr>
      <w:r w:rsidRPr="007531E5">
        <w:rPr>
          <w:sz w:val="22"/>
        </w:rPr>
        <w:t>If available, please attach one document that helps confirm your planned education or training:</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41"/>
        <w:gridCol w:w="5141"/>
      </w:tblGrid>
      <w:tr w:rsidR="008167CC" w:rsidRPr="007531E5" w14:paraId="39853F19" w14:textId="77777777">
        <w:trPr>
          <w:cantSplit/>
          <w:jc w:val="center"/>
        </w:trPr>
        <w:tc>
          <w:tcPr>
            <w:tcW w:w="5141" w:type="dxa"/>
            <w:tcMar>
              <w:top w:w="10" w:type="dxa"/>
              <w:left w:w="25" w:type="dxa"/>
              <w:bottom w:w="10" w:type="dxa"/>
              <w:right w:w="25" w:type="dxa"/>
            </w:tcMar>
          </w:tcPr>
          <w:p w14:paraId="461B21E7" w14:textId="0AD2A3E2" w:rsidR="008167CC" w:rsidRPr="007531E5" w:rsidRDefault="007531E5">
            <w:pPr>
              <w:spacing w:after="0"/>
              <w:rPr>
                <w:sz w:val="22"/>
              </w:rPr>
            </w:pPr>
            <w:sdt>
              <w:sdtPr>
                <w:rPr>
                  <w:sz w:val="22"/>
                </w:rPr>
                <w:id w:val="2121793295"/>
                <w14:checkbox>
                  <w14:checked w14:val="0"/>
                  <w14:checkedState w14:val="2612" w14:font="MS Gothic"/>
                  <w14:uncheckedState w14:val="2610" w14:font="MS Gothic"/>
                </w14:checkbox>
              </w:sdtPr>
              <w:sdtContent>
                <w:r w:rsidR="006C477B">
                  <w:rPr>
                    <w:rFonts w:ascii="MS Gothic" w:eastAsia="MS Gothic" w:hAnsi="MS Gothic" w:hint="eastAsia"/>
                    <w:sz w:val="22"/>
                  </w:rPr>
                  <w:t>☐</w:t>
                </w:r>
              </w:sdtContent>
            </w:sdt>
            <w:r w:rsidR="00000000" w:rsidRPr="007531E5">
              <w:rPr>
                <w:sz w:val="22"/>
              </w:rPr>
              <w:t xml:space="preserve">  Letter of acceptance</w:t>
            </w:r>
          </w:p>
        </w:tc>
        <w:tc>
          <w:tcPr>
            <w:tcW w:w="5141" w:type="dxa"/>
            <w:tcMar>
              <w:top w:w="10" w:type="dxa"/>
              <w:left w:w="25" w:type="dxa"/>
              <w:bottom w:w="10" w:type="dxa"/>
              <w:right w:w="25" w:type="dxa"/>
            </w:tcMar>
          </w:tcPr>
          <w:p w14:paraId="19F07A01" w14:textId="4409EA18" w:rsidR="008167CC" w:rsidRPr="007531E5" w:rsidRDefault="007531E5">
            <w:pPr>
              <w:spacing w:after="0"/>
              <w:rPr>
                <w:sz w:val="22"/>
              </w:rPr>
            </w:pPr>
            <w:sdt>
              <w:sdtPr>
                <w:rPr>
                  <w:sz w:val="22"/>
                </w:rPr>
                <w:id w:val="-1371686963"/>
                <w14:checkbox>
                  <w14:checked w14:val="0"/>
                  <w14:checkedState w14:val="2612" w14:font="MS Gothic"/>
                  <w14:uncheckedState w14:val="2610" w14:font="MS Gothic"/>
                </w14:checkbox>
              </w:sdtPr>
              <w:sdtContent>
                <w:r w:rsidRPr="007531E5">
                  <w:rPr>
                    <w:rFonts w:ascii="MS Gothic" w:eastAsia="MS Gothic" w:hAnsi="MS Gothic" w:hint="eastAsia"/>
                    <w:sz w:val="22"/>
                  </w:rPr>
                  <w:t>☐</w:t>
                </w:r>
              </w:sdtContent>
            </w:sdt>
            <w:r w:rsidR="00000000" w:rsidRPr="007531E5">
              <w:rPr>
                <w:sz w:val="22"/>
              </w:rPr>
              <w:t xml:space="preserve"> Proof of enrolment</w:t>
            </w:r>
          </w:p>
        </w:tc>
      </w:tr>
      <w:tr w:rsidR="008167CC" w:rsidRPr="007531E5" w14:paraId="05D892EA" w14:textId="77777777">
        <w:trPr>
          <w:cantSplit/>
          <w:jc w:val="center"/>
        </w:trPr>
        <w:tc>
          <w:tcPr>
            <w:tcW w:w="5141" w:type="dxa"/>
            <w:tcMar>
              <w:top w:w="10" w:type="dxa"/>
              <w:left w:w="25" w:type="dxa"/>
              <w:bottom w:w="10" w:type="dxa"/>
              <w:right w:w="25" w:type="dxa"/>
            </w:tcMar>
          </w:tcPr>
          <w:p w14:paraId="47D2678A" w14:textId="76A39AE5" w:rsidR="008167CC" w:rsidRPr="007531E5" w:rsidRDefault="007531E5">
            <w:pPr>
              <w:spacing w:after="0"/>
              <w:rPr>
                <w:sz w:val="22"/>
              </w:rPr>
            </w:pPr>
            <w:sdt>
              <w:sdtPr>
                <w:rPr>
                  <w:sz w:val="22"/>
                </w:rPr>
                <w:id w:val="-2005430537"/>
                <w14:checkbox>
                  <w14:checked w14:val="0"/>
                  <w14:checkedState w14:val="2612" w14:font="MS Gothic"/>
                  <w14:uncheckedState w14:val="2610" w14:font="MS Gothic"/>
                </w14:checkbox>
              </w:sdtPr>
              <w:sdtContent>
                <w:r w:rsidRPr="007531E5">
                  <w:rPr>
                    <w:rFonts w:ascii="MS Gothic" w:eastAsia="MS Gothic" w:hAnsi="MS Gothic" w:hint="eastAsia"/>
                    <w:sz w:val="22"/>
                  </w:rPr>
                  <w:t>☐</w:t>
                </w:r>
              </w:sdtContent>
            </w:sdt>
            <w:r w:rsidR="00000000" w:rsidRPr="007531E5">
              <w:rPr>
                <w:sz w:val="22"/>
              </w:rPr>
              <w:t xml:space="preserve">  Apprenticeship / training registration</w:t>
            </w:r>
          </w:p>
        </w:tc>
        <w:tc>
          <w:tcPr>
            <w:tcW w:w="5141" w:type="dxa"/>
            <w:tcMar>
              <w:top w:w="10" w:type="dxa"/>
              <w:left w:w="25" w:type="dxa"/>
              <w:bottom w:w="10" w:type="dxa"/>
              <w:right w:w="25" w:type="dxa"/>
            </w:tcMar>
          </w:tcPr>
          <w:p w14:paraId="6DDB0195" w14:textId="044C104C" w:rsidR="008167CC" w:rsidRPr="007531E5" w:rsidRDefault="007531E5">
            <w:pPr>
              <w:spacing w:after="0"/>
              <w:rPr>
                <w:sz w:val="22"/>
              </w:rPr>
            </w:pPr>
            <w:sdt>
              <w:sdtPr>
                <w:rPr>
                  <w:sz w:val="22"/>
                </w:rPr>
                <w:id w:val="1804724593"/>
                <w14:checkbox>
                  <w14:checked w14:val="0"/>
                  <w14:checkedState w14:val="2612" w14:font="MS Gothic"/>
                  <w14:uncheckedState w14:val="2610" w14:font="MS Gothic"/>
                </w14:checkbox>
              </w:sdtPr>
              <w:sdtContent>
                <w:r w:rsidRPr="007531E5">
                  <w:rPr>
                    <w:rFonts w:ascii="MS Gothic" w:eastAsia="MS Gothic" w:hAnsi="MS Gothic" w:hint="eastAsia"/>
                    <w:sz w:val="22"/>
                  </w:rPr>
                  <w:t>☐</w:t>
                </w:r>
              </w:sdtContent>
            </w:sdt>
            <w:r w:rsidR="00000000" w:rsidRPr="007531E5">
              <w:rPr>
                <w:sz w:val="22"/>
              </w:rPr>
              <w:t xml:space="preserve">  Other confirmation of planned training</w:t>
            </w:r>
          </w:p>
        </w:tc>
      </w:tr>
    </w:tbl>
    <w:p w14:paraId="6088D021" w14:textId="77777777" w:rsidR="008167CC" w:rsidRPr="007531E5" w:rsidRDefault="00000000">
      <w:pPr>
        <w:spacing w:after="40" w:line="240" w:lineRule="auto"/>
        <w:rPr>
          <w:sz w:val="22"/>
        </w:rPr>
      </w:pPr>
      <w:r w:rsidRPr="007531E5">
        <w:rPr>
          <w:sz w:val="22"/>
        </w:rPr>
        <w:t>If you do not yet have one of these documents, you may still apply. WRF may request confirmation before bursary funds are issued.</w:t>
      </w:r>
    </w:p>
    <w:p w14:paraId="7BA579DF" w14:textId="208D20E1" w:rsidR="008167CC" w:rsidRDefault="007531E5">
      <w:pPr>
        <w:pStyle w:val="Heading1"/>
        <w:spacing w:before="60" w:after="20"/>
      </w:pPr>
      <w:r>
        <w:rPr>
          <w:rFonts w:ascii="Calibri" w:hAnsi="Calibri"/>
        </w:rPr>
        <w:br/>
      </w:r>
      <w:r w:rsidR="00000000">
        <w:rPr>
          <w:rFonts w:ascii="Calibri" w:hAnsi="Calibri"/>
        </w:rPr>
        <w:t>Applicant Declaration</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282"/>
      </w:tblGrid>
      <w:tr w:rsidR="008167CC" w14:paraId="6E74C5F4" w14:textId="77777777">
        <w:trPr>
          <w:cantSplit/>
          <w:jc w:val="center"/>
        </w:trPr>
        <w:tc>
          <w:tcPr>
            <w:tcW w:w="10282" w:type="dxa"/>
            <w:shd w:val="clear" w:color="auto" w:fill="EEF1EF"/>
            <w:tcMar>
              <w:top w:w="70" w:type="dxa"/>
              <w:left w:w="90" w:type="dxa"/>
              <w:bottom w:w="70" w:type="dxa"/>
              <w:right w:w="90" w:type="dxa"/>
            </w:tcMar>
          </w:tcPr>
          <w:p w14:paraId="164151D5" w14:textId="007291A7" w:rsidR="008167CC" w:rsidRPr="007531E5" w:rsidRDefault="007531E5">
            <w:pPr>
              <w:spacing w:after="20"/>
              <w:rPr>
                <w:sz w:val="22"/>
              </w:rPr>
            </w:pPr>
            <w:sdt>
              <w:sdtPr>
                <w:rPr>
                  <w:sz w:val="22"/>
                </w:rPr>
                <w:id w:val="-129405656"/>
                <w14:checkbox>
                  <w14:checked w14:val="0"/>
                  <w14:checkedState w14:val="2612" w14:font="MS Gothic"/>
                  <w14:uncheckedState w14:val="2610" w14:font="MS Gothic"/>
                </w14:checkbox>
              </w:sdtPr>
              <w:sdtContent>
                <w:r w:rsidRPr="007531E5">
                  <w:rPr>
                    <w:rFonts w:ascii="MS Gothic" w:eastAsia="MS Gothic" w:hAnsi="MS Gothic" w:hint="eastAsia"/>
                    <w:sz w:val="22"/>
                  </w:rPr>
                  <w:t>☐</w:t>
                </w:r>
              </w:sdtContent>
            </w:sdt>
            <w:r w:rsidR="00000000" w:rsidRPr="007531E5">
              <w:rPr>
                <w:sz w:val="22"/>
              </w:rPr>
              <w:t xml:space="preserve">  I confirm that the information in this application is true and complete to the best of my knowledge.</w:t>
            </w:r>
          </w:p>
          <w:p w14:paraId="62ED088E" w14:textId="64B3D0AD" w:rsidR="008167CC" w:rsidRPr="007531E5" w:rsidRDefault="007531E5">
            <w:pPr>
              <w:spacing w:after="20"/>
              <w:rPr>
                <w:sz w:val="22"/>
              </w:rPr>
            </w:pPr>
            <w:sdt>
              <w:sdtPr>
                <w:rPr>
                  <w:sz w:val="22"/>
                </w:rPr>
                <w:id w:val="1555047640"/>
                <w14:checkbox>
                  <w14:checked w14:val="0"/>
                  <w14:checkedState w14:val="2612" w14:font="MS Gothic"/>
                  <w14:uncheckedState w14:val="2610" w14:font="MS Gothic"/>
                </w14:checkbox>
              </w:sdtPr>
              <w:sdtContent>
                <w:r w:rsidRPr="007531E5">
                  <w:rPr>
                    <w:rFonts w:ascii="MS Gothic" w:eastAsia="MS Gothic" w:hAnsi="MS Gothic" w:hint="eastAsia"/>
                    <w:sz w:val="22"/>
                  </w:rPr>
                  <w:t>☐</w:t>
                </w:r>
              </w:sdtContent>
            </w:sdt>
            <w:r w:rsidR="00000000" w:rsidRPr="007531E5">
              <w:rPr>
                <w:sz w:val="22"/>
              </w:rPr>
              <w:t xml:space="preserve">  I understand that submitting an application does not guarantee funding.</w:t>
            </w:r>
          </w:p>
          <w:p w14:paraId="3A6E27EC" w14:textId="02845A1C" w:rsidR="008167CC" w:rsidRPr="007531E5" w:rsidRDefault="007531E5">
            <w:pPr>
              <w:spacing w:after="20"/>
              <w:rPr>
                <w:sz w:val="22"/>
              </w:rPr>
            </w:pPr>
            <w:sdt>
              <w:sdtPr>
                <w:rPr>
                  <w:sz w:val="22"/>
                </w:rPr>
                <w:id w:val="2133826921"/>
                <w14:checkbox>
                  <w14:checked w14:val="0"/>
                  <w14:checkedState w14:val="2612" w14:font="MS Gothic"/>
                  <w14:uncheckedState w14:val="2610" w14:font="MS Gothic"/>
                </w14:checkbox>
              </w:sdtPr>
              <w:sdtContent>
                <w:r w:rsidR="006C477B">
                  <w:rPr>
                    <w:rFonts w:ascii="MS Gothic" w:eastAsia="MS Gothic" w:hAnsi="MS Gothic" w:hint="eastAsia"/>
                    <w:sz w:val="22"/>
                  </w:rPr>
                  <w:t>☐</w:t>
                </w:r>
              </w:sdtContent>
            </w:sdt>
            <w:r w:rsidR="00000000" w:rsidRPr="007531E5">
              <w:rPr>
                <w:sz w:val="22"/>
              </w:rPr>
              <w:t xml:space="preserve">  I understand that WRF may contact me for additional information before making a funding decision.</w:t>
            </w:r>
          </w:p>
          <w:p w14:paraId="2EFE57A3" w14:textId="1AE1E4F4" w:rsidR="008167CC" w:rsidRPr="007531E5" w:rsidRDefault="007531E5">
            <w:pPr>
              <w:spacing w:after="20"/>
              <w:rPr>
                <w:sz w:val="22"/>
              </w:rPr>
            </w:pPr>
            <w:sdt>
              <w:sdtPr>
                <w:rPr>
                  <w:sz w:val="22"/>
                </w:rPr>
                <w:id w:val="354002890"/>
                <w14:checkbox>
                  <w14:checked w14:val="0"/>
                  <w14:checkedState w14:val="2612" w14:font="MS Gothic"/>
                  <w14:uncheckedState w14:val="2610" w14:font="MS Gothic"/>
                </w14:checkbox>
              </w:sdtPr>
              <w:sdtContent>
                <w:r w:rsidRPr="007531E5">
                  <w:rPr>
                    <w:rFonts w:ascii="MS Gothic" w:eastAsia="MS Gothic" w:hAnsi="MS Gothic" w:hint="eastAsia"/>
                    <w:sz w:val="22"/>
                  </w:rPr>
                  <w:t>☐</w:t>
                </w:r>
              </w:sdtContent>
            </w:sdt>
            <w:r w:rsidR="00000000" w:rsidRPr="007531E5">
              <w:rPr>
                <w:sz w:val="22"/>
              </w:rPr>
              <w:t xml:space="preserve">  I consent to WRF collecting and using the information provided to assess and administer my bursary </w:t>
            </w:r>
            <w:r>
              <w:rPr>
                <w:sz w:val="22"/>
              </w:rPr>
              <w:t xml:space="preserve">    </w:t>
            </w:r>
            <w:r w:rsidR="00000000" w:rsidRPr="007531E5">
              <w:rPr>
                <w:sz w:val="22"/>
              </w:rPr>
              <w:t>application.</w:t>
            </w:r>
          </w:p>
        </w:tc>
      </w:tr>
    </w:tbl>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41"/>
        <w:gridCol w:w="5141"/>
      </w:tblGrid>
      <w:tr w:rsidR="008167CC" w14:paraId="73D3F9B4" w14:textId="77777777">
        <w:trPr>
          <w:cantSplit/>
          <w:jc w:val="center"/>
        </w:trPr>
        <w:tc>
          <w:tcPr>
            <w:tcW w:w="5141" w:type="dxa"/>
            <w:shd w:val="clear" w:color="auto" w:fill="FFFFFF"/>
            <w:tcMar>
              <w:top w:w="45" w:type="dxa"/>
              <w:left w:w="65" w:type="dxa"/>
              <w:bottom w:w="45" w:type="dxa"/>
              <w:right w:w="65" w:type="dxa"/>
            </w:tcMar>
          </w:tcPr>
          <w:p w14:paraId="10DB1542" w14:textId="77777777" w:rsidR="008167CC" w:rsidRPr="007531E5" w:rsidRDefault="00000000">
            <w:pPr>
              <w:spacing w:after="0"/>
              <w:rPr>
                <w:sz w:val="22"/>
              </w:rPr>
            </w:pPr>
            <w:r w:rsidRPr="007531E5">
              <w:rPr>
                <w:b/>
                <w:color w:val="24494C"/>
                <w:sz w:val="22"/>
              </w:rPr>
              <w:t>Name</w:t>
            </w:r>
            <w:r w:rsidRPr="007531E5">
              <w:rPr>
                <w:b/>
                <w:color w:val="24494C"/>
                <w:sz w:val="22"/>
              </w:rPr>
              <w:br/>
            </w:r>
            <w:r w:rsidRPr="007531E5">
              <w:rPr>
                <w:color w:val="919191"/>
                <w:sz w:val="22"/>
              </w:rPr>
              <w:t>Click or tap here to enter text.</w:t>
            </w:r>
          </w:p>
        </w:tc>
        <w:tc>
          <w:tcPr>
            <w:tcW w:w="5141" w:type="dxa"/>
            <w:shd w:val="clear" w:color="auto" w:fill="FFFFFF"/>
            <w:tcMar>
              <w:top w:w="45" w:type="dxa"/>
              <w:left w:w="65" w:type="dxa"/>
              <w:bottom w:w="45" w:type="dxa"/>
              <w:right w:w="65" w:type="dxa"/>
            </w:tcMar>
          </w:tcPr>
          <w:p w14:paraId="3FCB42F1" w14:textId="77777777" w:rsidR="008167CC" w:rsidRPr="007531E5" w:rsidRDefault="00000000">
            <w:pPr>
              <w:spacing w:after="0"/>
              <w:rPr>
                <w:sz w:val="22"/>
              </w:rPr>
            </w:pPr>
            <w:r w:rsidRPr="007531E5">
              <w:rPr>
                <w:b/>
                <w:color w:val="24494C"/>
                <w:sz w:val="22"/>
              </w:rPr>
              <w:t>Date</w:t>
            </w:r>
            <w:r w:rsidRPr="007531E5">
              <w:rPr>
                <w:b/>
                <w:color w:val="24494C"/>
                <w:sz w:val="22"/>
              </w:rPr>
              <w:br/>
            </w:r>
            <w:r w:rsidRPr="007531E5">
              <w:rPr>
                <w:color w:val="919191"/>
                <w:sz w:val="22"/>
              </w:rPr>
              <w:t>Click or tap here to enter date.</w:t>
            </w:r>
          </w:p>
        </w:tc>
      </w:tr>
      <w:tr w:rsidR="008167CC" w14:paraId="416CB8EE" w14:textId="77777777">
        <w:trPr>
          <w:cantSplit/>
          <w:jc w:val="center"/>
        </w:trPr>
        <w:tc>
          <w:tcPr>
            <w:tcW w:w="5141" w:type="dxa"/>
            <w:shd w:val="clear" w:color="auto" w:fill="FFFFFF"/>
            <w:tcMar>
              <w:top w:w="45" w:type="dxa"/>
              <w:left w:w="65" w:type="dxa"/>
              <w:bottom w:w="45" w:type="dxa"/>
              <w:right w:w="65" w:type="dxa"/>
            </w:tcMar>
          </w:tcPr>
          <w:p w14:paraId="261F6CA6" w14:textId="77777777" w:rsidR="008167CC" w:rsidRPr="007531E5" w:rsidRDefault="00000000">
            <w:pPr>
              <w:spacing w:after="0"/>
              <w:rPr>
                <w:sz w:val="22"/>
              </w:rPr>
            </w:pPr>
            <w:r w:rsidRPr="007531E5">
              <w:rPr>
                <w:b/>
                <w:color w:val="24494C"/>
                <w:sz w:val="22"/>
              </w:rPr>
              <w:t>Signature</w:t>
            </w:r>
            <w:r w:rsidRPr="007531E5">
              <w:rPr>
                <w:b/>
                <w:color w:val="24494C"/>
                <w:sz w:val="22"/>
              </w:rPr>
              <w:br/>
            </w:r>
            <w:r w:rsidRPr="007531E5">
              <w:rPr>
                <w:sz w:val="22"/>
              </w:rPr>
              <w:t>________________________________________</w:t>
            </w:r>
          </w:p>
        </w:tc>
        <w:tc>
          <w:tcPr>
            <w:tcW w:w="5141" w:type="dxa"/>
            <w:shd w:val="clear" w:color="auto" w:fill="FFFFFF"/>
            <w:tcMar>
              <w:top w:w="45" w:type="dxa"/>
              <w:left w:w="65" w:type="dxa"/>
              <w:bottom w:w="45" w:type="dxa"/>
              <w:right w:w="65" w:type="dxa"/>
            </w:tcMar>
          </w:tcPr>
          <w:p w14:paraId="1E97D255" w14:textId="77777777" w:rsidR="008167CC" w:rsidRPr="007531E5" w:rsidRDefault="008167CC">
            <w:pPr>
              <w:spacing w:after="0"/>
              <w:rPr>
                <w:sz w:val="22"/>
              </w:rPr>
            </w:pPr>
          </w:p>
        </w:tc>
      </w:tr>
    </w:tbl>
    <w:p w14:paraId="02FF6931" w14:textId="1CBDFF29" w:rsidR="008167CC" w:rsidRDefault="007531E5">
      <w:pPr>
        <w:pStyle w:val="Heading1"/>
        <w:spacing w:before="60" w:after="20"/>
      </w:pPr>
      <w:r>
        <w:rPr>
          <w:rFonts w:ascii="Calibri" w:hAnsi="Calibri"/>
        </w:rPr>
        <w:br/>
      </w:r>
      <w:r w:rsidR="00000000">
        <w:rPr>
          <w:rFonts w:ascii="Calibri" w:hAnsi="Calibri"/>
        </w:rPr>
        <w:t>Submitting Your Application</w:t>
      </w:r>
    </w:p>
    <w:p w14:paraId="1B733167" w14:textId="26E10464" w:rsidR="008167CC" w:rsidRPr="007531E5" w:rsidRDefault="00000000">
      <w:pPr>
        <w:spacing w:after="20" w:line="240" w:lineRule="auto"/>
        <w:rPr>
          <w:sz w:val="22"/>
        </w:rPr>
      </w:pPr>
      <w:r w:rsidRPr="007531E5">
        <w:rPr>
          <w:sz w:val="22"/>
        </w:rPr>
        <w:t xml:space="preserve">Email your completed application and any available supporting </w:t>
      </w:r>
      <w:r w:rsidR="007531E5">
        <w:rPr>
          <w:sz w:val="22"/>
        </w:rPr>
        <w:t>document(s)</w:t>
      </w:r>
      <w:r w:rsidRPr="007531E5">
        <w:rPr>
          <w:sz w:val="22"/>
        </w:rPr>
        <w:t xml:space="preserve"> to ed@weavingroots.ca. </w:t>
      </w:r>
      <w:r w:rsidR="007531E5">
        <w:rPr>
          <w:sz w:val="22"/>
        </w:rPr>
        <w:br/>
      </w:r>
      <w:r w:rsidRPr="007531E5">
        <w:rPr>
          <w:sz w:val="22"/>
        </w:rPr>
        <w:t>You can also apply online through www.weavingroots.ca/apply/.</w:t>
      </w:r>
    </w:p>
    <w:p w14:paraId="2D3B0387" w14:textId="5AC1F06F" w:rsidR="008167CC" w:rsidRDefault="007531E5">
      <w:pPr>
        <w:spacing w:before="80" w:after="0"/>
        <w:jc w:val="center"/>
      </w:pPr>
      <w:r>
        <w:rPr>
          <w:b/>
          <w:color w:val="24494C"/>
          <w:sz w:val="18"/>
        </w:rPr>
        <w:br/>
      </w:r>
      <w:r>
        <w:rPr>
          <w:b/>
          <w:color w:val="24494C"/>
          <w:sz w:val="24"/>
          <w:szCs w:val="32"/>
        </w:rPr>
        <w:br/>
      </w:r>
      <w:r w:rsidR="00000000" w:rsidRPr="007531E5">
        <w:rPr>
          <w:b/>
          <w:color w:val="24494C"/>
          <w:sz w:val="24"/>
          <w:szCs w:val="32"/>
        </w:rPr>
        <w:t xml:space="preserve">Thank you for applying to Weaving Roots Foundation. </w:t>
      </w:r>
      <w:r w:rsidR="006C477B">
        <w:rPr>
          <w:b/>
          <w:color w:val="24494C"/>
          <w:sz w:val="24"/>
          <w:szCs w:val="32"/>
        </w:rPr>
        <w:br/>
      </w:r>
      <w:r w:rsidR="00000000" w:rsidRPr="007531E5">
        <w:rPr>
          <w:b/>
          <w:color w:val="24494C"/>
          <w:sz w:val="24"/>
          <w:szCs w:val="32"/>
        </w:rPr>
        <w:t>We are excited to learn more about</w:t>
      </w:r>
      <w:r w:rsidR="006C477B">
        <w:rPr>
          <w:b/>
          <w:color w:val="24494C"/>
          <w:sz w:val="24"/>
          <w:szCs w:val="32"/>
        </w:rPr>
        <w:t xml:space="preserve"> you and</w:t>
      </w:r>
      <w:r w:rsidR="00000000" w:rsidRPr="007531E5">
        <w:rPr>
          <w:b/>
          <w:color w:val="24494C"/>
          <w:sz w:val="24"/>
          <w:szCs w:val="32"/>
        </w:rPr>
        <w:t xml:space="preserve"> where you are headed.</w:t>
      </w:r>
    </w:p>
    <w:sectPr w:rsidR="008167CC" w:rsidSect="00034616">
      <w:headerReference w:type="even" r:id="rId8"/>
      <w:headerReference w:type="default" r:id="rId9"/>
      <w:footerReference w:type="even" r:id="rId10"/>
      <w:footerReference w:type="default" r:id="rId11"/>
      <w:headerReference w:type="first" r:id="rId12"/>
      <w:footerReference w:type="first" r:id="rId13"/>
      <w:pgSz w:w="12240" w:h="15840"/>
      <w:pgMar w:top="691" w:right="979" w:bottom="691" w:left="97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36C9E" w14:textId="77777777" w:rsidR="001D7DB5" w:rsidRDefault="001D7DB5">
      <w:pPr>
        <w:spacing w:after="0" w:line="240" w:lineRule="auto"/>
      </w:pPr>
      <w:r>
        <w:separator/>
      </w:r>
    </w:p>
  </w:endnote>
  <w:endnote w:type="continuationSeparator" w:id="0">
    <w:p w14:paraId="0623A6A1" w14:textId="77777777" w:rsidR="001D7DB5" w:rsidRDefault="001D7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3E43" w14:textId="77777777" w:rsidR="008167CC" w:rsidRDefault="00000000">
    <w:pPr>
      <w:spacing w:after="0"/>
      <w:jc w:val="center"/>
    </w:pPr>
    <w:r>
      <w:rPr>
        <w:b/>
        <w:color w:val="24494C"/>
        <w:sz w:val="15"/>
      </w:rPr>
      <w:t>WEAVING ROOTS FOUNDATION | INDIGENOUS EDUCATION BURSARY APPLICATION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16E3E" w14:textId="4F21F4AC" w:rsidR="008167CC" w:rsidRDefault="00000000">
    <w:pPr>
      <w:spacing w:after="0"/>
      <w:jc w:val="center"/>
    </w:pPr>
    <w:r>
      <w:rPr>
        <w:b/>
        <w:color w:val="24494C"/>
        <w:sz w:val="15"/>
      </w:rPr>
      <w:t>WEAVING ROOTS FOUNDATION | EDUCATION BURSARY APPLICATION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ADE67" w14:textId="77777777" w:rsidR="008167CC" w:rsidRDefault="00000000">
    <w:pPr>
      <w:spacing w:after="0"/>
      <w:jc w:val="center"/>
    </w:pPr>
    <w:r>
      <w:rPr>
        <w:b/>
        <w:color w:val="24494C"/>
        <w:sz w:val="15"/>
      </w:rPr>
      <w:t>WEAVING ROOTS FOUNDATION | INDIGENOUS EDUCATION BURSARY APPLICATION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FAF70" w14:textId="77777777" w:rsidR="001D7DB5" w:rsidRDefault="001D7DB5">
      <w:pPr>
        <w:spacing w:after="0" w:line="240" w:lineRule="auto"/>
      </w:pPr>
      <w:r>
        <w:separator/>
      </w:r>
    </w:p>
  </w:footnote>
  <w:footnote w:type="continuationSeparator" w:id="0">
    <w:p w14:paraId="3A52052E" w14:textId="77777777" w:rsidR="001D7DB5" w:rsidRDefault="001D7D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36437" w14:textId="77777777" w:rsidR="00123939" w:rsidRDefault="001239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53195" w14:textId="25ADBF8C" w:rsidR="00723F15" w:rsidRDefault="0028251C" w:rsidP="00DF1245">
    <w:pPr>
      <w:spacing w:after="20"/>
      <w:jc w:val="center"/>
    </w:pPr>
    <w:r>
      <w:rPr>
        <w:noProof/>
      </w:rPr>
      <w:drawing>
        <wp:inline distT="0" distB="0" distL="0" distR="0" wp14:anchorId="75EE6B72" wp14:editId="569CDEE3">
          <wp:extent cx="960120" cy="960120"/>
          <wp:effectExtent l="0" t="0" r="0" b="0"/>
          <wp:docPr id="1153603946" name="Picture 1153603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
                  <a:stretch>
                    <a:fillRect/>
                  </a:stretch>
                </pic:blipFill>
                <pic:spPr>
                  <a:xfrm>
                    <a:off x="0" y="0"/>
                    <a:ext cx="960120" cy="960120"/>
                  </a:xfrm>
                  <a:prstGeom prst="rect">
                    <a:avLst/>
                  </a:prstGeom>
                </pic:spPr>
              </pic:pic>
            </a:graphicData>
          </a:graphic>
        </wp:inline>
      </w:drawing>
    </w:r>
    <w:r>
      <w:rPr>
        <w:noProof/>
      </w:rPr>
      <w:drawing>
        <wp:anchor distT="0" distB="0" distL="0" distR="0" simplePos="0" relativeHeight="251658240" behindDoc="1" locked="0" layoutInCell="1" allowOverlap="1" wp14:anchorId="51001557" wp14:editId="0B3F874C">
          <wp:simplePos x="0" y="0"/>
          <wp:positionH relativeFrom="page">
            <wp:posOffset>0</wp:posOffset>
          </wp:positionH>
          <wp:positionV relativeFrom="page">
            <wp:posOffset>0</wp:posOffset>
          </wp:positionV>
          <wp:extent cx="7772400" cy="10058400"/>
          <wp:effectExtent l="0" t="0" r="0" b="0"/>
          <wp:wrapNone/>
          <wp:docPr id="1400823674" name="Picture 1400823674"/>
          <wp:cNvGraphicFramePr/>
          <a:graphic xmlns:a="http://schemas.openxmlformats.org/drawingml/2006/main">
            <a:graphicData uri="http://schemas.openxmlformats.org/drawingml/2006/picture">
              <pic:pic xmlns:pic="http://schemas.openxmlformats.org/drawingml/2006/picture">
                <pic:nvPicPr>
                  <pic:cNvPr id="0" name="WRF_Tree-Pattern.jpg"/>
                  <pic:cNvPicPr/>
                </pic:nvPicPr>
                <pic:blipFill>
                  <a:blip r:embed="rId2"/>
                  <a:stretch>
                    <a:fillRect/>
                  </a:stretch>
                </pic:blipFill>
                <pic:spPr>
                  <a:xfrm>
                    <a:off x="0" y="0"/>
                    <a:ext cx="7772400" cy="10058400"/>
                  </a:xfrm>
                  <a:prstGeom prst="rect">
                    <a:avLst/>
                  </a:prstGeom>
                </pic:spPr>
              </pic:pic>
            </a:graphicData>
          </a:graphic>
        </wp:anchor>
      </w:drawing>
    </w:r>
    <w:r w:rsidR="00723F15">
      <w:br/>
    </w:r>
    <w:r w:rsidR="00723F15">
      <w:rPr>
        <w:b/>
        <w:color w:val="24494C"/>
        <w:sz w:val="42"/>
      </w:rPr>
      <w:t>INDIGENOUS EDUCATION BURSARY</w:t>
    </w:r>
  </w:p>
  <w:p w14:paraId="3A8BF8F2" w14:textId="0BCE73F2" w:rsidR="00723F15" w:rsidRDefault="00723F15" w:rsidP="005D3027">
    <w:pPr>
      <w:pBdr>
        <w:bottom w:val="single" w:sz="14" w:space="0" w:color="C6922E"/>
      </w:pBdr>
      <w:spacing w:after="120"/>
      <w:jc w:val="center"/>
    </w:pPr>
    <w:r>
      <w:rPr>
        <w:b/>
        <w:color w:val="C6922E"/>
        <w:sz w:val="25"/>
      </w:rPr>
      <w:t>APPLICATION &amp; FUNDING REQUEST</w:t>
    </w:r>
    <w:r w:rsidR="00DF1245">
      <w:rPr>
        <w:b/>
        <w:color w:val="C6922E"/>
        <w:sz w:val="25"/>
      </w:rPr>
      <w:br/>
    </w:r>
  </w:p>
  <w:p w14:paraId="6C746E64" w14:textId="26DA3142" w:rsidR="004565C2" w:rsidRDefault="004565C2" w:rsidP="00723F15">
    <w:pPr>
      <w:pStyle w:val="Header"/>
      <w:tabs>
        <w:tab w:val="center" w:pos="5141"/>
        <w:tab w:val="left" w:pos="633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54C3C" w14:textId="77777777" w:rsidR="00123939" w:rsidRDefault="001239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3861585"/>
    <w:multiLevelType w:val="hybridMultilevel"/>
    <w:tmpl w:val="ABBE0C2A"/>
    <w:lvl w:ilvl="0" w:tplc="10090001">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num w:numId="1" w16cid:durableId="1504398428">
    <w:abstractNumId w:val="8"/>
  </w:num>
  <w:num w:numId="2" w16cid:durableId="806507733">
    <w:abstractNumId w:val="6"/>
  </w:num>
  <w:num w:numId="3" w16cid:durableId="974679771">
    <w:abstractNumId w:val="5"/>
  </w:num>
  <w:num w:numId="4" w16cid:durableId="2082019186">
    <w:abstractNumId w:val="4"/>
  </w:num>
  <w:num w:numId="5" w16cid:durableId="1315185391">
    <w:abstractNumId w:val="7"/>
  </w:num>
  <w:num w:numId="6" w16cid:durableId="2133280336">
    <w:abstractNumId w:val="3"/>
  </w:num>
  <w:num w:numId="7" w16cid:durableId="1041438809">
    <w:abstractNumId w:val="2"/>
  </w:num>
  <w:num w:numId="8" w16cid:durableId="527911921">
    <w:abstractNumId w:val="1"/>
  </w:num>
  <w:num w:numId="9" w16cid:durableId="1338730924">
    <w:abstractNumId w:val="0"/>
  </w:num>
  <w:num w:numId="10" w16cid:durableId="18166801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3B80"/>
    <w:rsid w:val="00033651"/>
    <w:rsid w:val="00034616"/>
    <w:rsid w:val="0006063C"/>
    <w:rsid w:val="000D70B9"/>
    <w:rsid w:val="00123939"/>
    <w:rsid w:val="00142814"/>
    <w:rsid w:val="0015074B"/>
    <w:rsid w:val="001D7DB5"/>
    <w:rsid w:val="0028251C"/>
    <w:rsid w:val="0029639D"/>
    <w:rsid w:val="00326F90"/>
    <w:rsid w:val="004565C2"/>
    <w:rsid w:val="00470A48"/>
    <w:rsid w:val="004D1575"/>
    <w:rsid w:val="005860A2"/>
    <w:rsid w:val="00590B33"/>
    <w:rsid w:val="005D3027"/>
    <w:rsid w:val="006C477B"/>
    <w:rsid w:val="006F2AF7"/>
    <w:rsid w:val="00723F15"/>
    <w:rsid w:val="00742767"/>
    <w:rsid w:val="00745F35"/>
    <w:rsid w:val="007531E5"/>
    <w:rsid w:val="008167CC"/>
    <w:rsid w:val="00852796"/>
    <w:rsid w:val="008807A8"/>
    <w:rsid w:val="008A4395"/>
    <w:rsid w:val="008D30CC"/>
    <w:rsid w:val="00946D8B"/>
    <w:rsid w:val="00AA1D8D"/>
    <w:rsid w:val="00B47730"/>
    <w:rsid w:val="00B53F85"/>
    <w:rsid w:val="00C547F8"/>
    <w:rsid w:val="00C67901"/>
    <w:rsid w:val="00C7013D"/>
    <w:rsid w:val="00CB0664"/>
    <w:rsid w:val="00CC5E95"/>
    <w:rsid w:val="00D42B14"/>
    <w:rsid w:val="00DE0301"/>
    <w:rsid w:val="00DF1245"/>
    <w:rsid w:val="00E656EA"/>
    <w:rsid w:val="00E76FFA"/>
    <w:rsid w:val="00ED6AC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AE80CA"/>
  <w14:defaultImageDpi w14:val="300"/>
  <w15:docId w15:val="{9317026C-4742-4294-B193-48CB90615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243B3D"/>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24494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4494C"/>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1231</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Weaving Roots Foundation - Indigenous Education Bursary Application</vt:lpstr>
    </vt:vector>
  </TitlesOfParts>
  <Manager/>
  <Company/>
  <LinksUpToDate>false</LinksUpToDate>
  <CharactersWithSpaces>8232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Weaving Roots Foundation - Indigenous Education Bursary Application</dc:title>
  <dc:subject>Indigenous Education Bursary Application</dc:subject>
  <dc:creator>Weaving Roots Foundation</dc:creator>
  <cp:keywords/>
  <dc:description>generated by python-docx</dc:description>
  <cp:lastModifiedBy>Julie Labonté</cp:lastModifiedBy>
  <cp:revision>13</cp:revision>
  <dcterms:created xsi:type="dcterms:W3CDTF">2026-08-16T18:34:00Z</dcterms:created>
  <dcterms:modified xsi:type="dcterms:W3CDTF">2026-08-16T19:08:00Z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b359e5b4-4941-498d-8396-40c667f3cfa5</vt:lpwstr>
  </property>
</Properties>
</file>